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exact" w:line="560"/>
        <w:jc w:val="right"/>
      </w:pPr>
      <w:r>
        <w:rPr>
          <w:rFonts w:ascii="彩虹粗仿宋" w:hAnsi="彩虹粗仿宋" w:eastAsia="彩虹粗仿宋"/>
          <w:b w:val="0"/>
          <w:sz w:val="28"/>
        </w:rPr>
        <w:t>合同编号：________________</w:t>
      </w:r>
    </w:p>
    <w:p>
      <w:pPr>
        <w:spacing w:lineRule="exact" w:line="560" w:before="280" w:after="280"/>
        <w:jc w:val="center"/>
      </w:pPr>
      <w:r>
        <w:rPr>
          <w:rFonts w:ascii="彩虹粗仿宋" w:hAnsi="彩虹粗仿宋" w:eastAsia="彩虹粗仿宋"/>
          <w:b/>
          <w:sz w:val="36"/>
        </w:rPr>
        <w:t>劳动合同</w:t>
      </w:r>
    </w:p>
    <w:p>
      <w:pPr>
        <w:spacing w:lineRule="exact" w:line="560"/>
        <w:jc w:val="center"/>
      </w:pPr>
      <w:r>
        <w:rPr>
          <w:rFonts w:ascii="彩虹粗仿宋" w:hAnsi="彩虹粗仿宋" w:eastAsia="彩虹粗仿宋"/>
          <w:b w:val="0"/>
          <w:sz w:val="28"/>
        </w:rPr>
        <w:t>（劳动者立场示范文本）</w:t>
      </w:r>
    </w:p>
    <w:p>
      <w:pPr>
        <w:spacing w:lineRule="exact" w:line="560"/>
        <w:jc w:val="right"/>
      </w:pPr>
      <w:r>
        <w:rPr>
          <w:rFonts w:ascii="彩虹粗仿宋" w:hAnsi="彩虹粗仿宋" w:eastAsia="彩虹粗仿宋"/>
          <w:b w:val="0"/>
          <w:sz w:val="28"/>
        </w:rPr>
        <w:t>签订地点：________________</w:t>
      </w:r>
    </w:p>
    <w:p>
      <w:pPr>
        <w:spacing w:lineRule="exact" w:line="560"/>
        <w:jc w:val="right"/>
      </w:pPr>
      <w:r>
        <w:rPr>
          <w:rFonts w:ascii="彩虹粗仿宋" w:hAnsi="彩虹粗仿宋" w:eastAsia="彩虹粗仿宋"/>
          <w:b w:val="0"/>
          <w:sz w:val="28"/>
        </w:rPr>
        <w:t>签订日期：______年____月____日</w:t>
      </w:r>
    </w:p>
    <w:p>
      <w:pPr>
        <w:spacing w:lineRule="exact" w:line="560"/>
        <w:ind w:firstLine="560"/>
      </w:pPr>
      <w:r>
        <w:rPr>
          <w:rFonts w:ascii="彩虹粗仿宋" w:hAnsi="彩虹粗仿宋" w:eastAsia="彩虹粗仿宋"/>
          <w:b w:val="0"/>
          <w:sz w:val="28"/>
        </w:rPr>
        <w:t>甲方（用人单位）：________________</w:t>
      </w:r>
    </w:p>
    <w:p>
      <w:pPr>
        <w:spacing w:lineRule="exact" w:line="560"/>
        <w:jc w:val="right"/>
      </w:pPr>
      <w:r>
        <w:rPr>
          <w:rFonts w:ascii="彩虹粗仿宋" w:hAnsi="彩虹粗仿宋" w:eastAsia="彩虹粗仿宋"/>
          <w:b w:val="0"/>
          <w:sz w:val="28"/>
        </w:rPr>
        <w:t>统一社会信用代码：________________</w:t>
      </w:r>
    </w:p>
    <w:p>
      <w:pPr>
        <w:spacing w:lineRule="exact" w:line="560"/>
        <w:jc w:val="right"/>
      </w:pPr>
      <w:r>
        <w:rPr>
          <w:rFonts w:ascii="彩虹粗仿宋" w:hAnsi="彩虹粗仿宋" w:eastAsia="彩虹粗仿宋"/>
          <w:b w:val="0"/>
          <w:sz w:val="28"/>
        </w:rPr>
        <w:t>住所地：________________</w:t>
      </w:r>
    </w:p>
    <w:p>
      <w:pPr>
        <w:spacing w:lineRule="exact" w:line="560"/>
        <w:jc w:val="right"/>
      </w:pPr>
      <w:r>
        <w:rPr>
          <w:rFonts w:ascii="彩虹粗仿宋" w:hAnsi="彩虹粗仿宋" w:eastAsia="彩虹粗仿宋"/>
          <w:b w:val="0"/>
          <w:sz w:val="28"/>
        </w:rPr>
        <w:t>法定代表人（主要负责人）：________________</w:t>
      </w:r>
    </w:p>
    <w:p>
      <w:pPr>
        <w:spacing w:lineRule="exact" w:line="560"/>
        <w:jc w:val="right"/>
      </w:pPr>
      <w:r>
        <w:rPr>
          <w:rFonts w:ascii="彩虹粗仿宋" w:hAnsi="彩虹粗仿宋" w:eastAsia="彩虹粗仿宋"/>
          <w:b w:val="0"/>
          <w:sz w:val="28"/>
        </w:rPr>
        <w:t>联系电话：________________</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乙方（劳动者）：________________</w:t>
      </w:r>
    </w:p>
    <w:p>
      <w:pPr>
        <w:spacing w:lineRule="exact" w:line="560"/>
        <w:jc w:val="right"/>
      </w:pPr>
      <w:r>
        <w:rPr>
          <w:rFonts w:ascii="彩虹粗仿宋" w:hAnsi="彩虹粗仿宋" w:eastAsia="彩虹粗仿宋"/>
          <w:b w:val="0"/>
          <w:sz w:val="28"/>
        </w:rPr>
        <w:t>身份证号：________________</w:t>
      </w:r>
    </w:p>
    <w:p>
      <w:pPr>
        <w:spacing w:lineRule="exact" w:line="560"/>
        <w:jc w:val="right"/>
      </w:pPr>
      <w:r>
        <w:rPr>
          <w:rFonts w:ascii="彩虹粗仿宋" w:hAnsi="彩虹粗仿宋" w:eastAsia="彩虹粗仿宋"/>
          <w:b w:val="0"/>
          <w:sz w:val="28"/>
        </w:rPr>
        <w:t>户籍地址：________________</w:t>
      </w:r>
    </w:p>
    <w:p>
      <w:pPr>
        <w:spacing w:lineRule="exact" w:line="560"/>
        <w:jc w:val="right"/>
      </w:pPr>
      <w:r>
        <w:rPr>
          <w:rFonts w:ascii="彩虹粗仿宋" w:hAnsi="彩虹粗仿宋" w:eastAsia="彩虹粗仿宋"/>
          <w:b w:val="0"/>
          <w:sz w:val="28"/>
        </w:rPr>
        <w:t>现居住地址：________________</w:t>
      </w:r>
    </w:p>
    <w:p>
      <w:pPr>
        <w:spacing w:lineRule="exact" w:line="560"/>
        <w:jc w:val="right"/>
      </w:pPr>
      <w:r>
        <w:rPr>
          <w:rFonts w:ascii="彩虹粗仿宋" w:hAnsi="彩虹粗仿宋" w:eastAsia="彩虹粗仿宋"/>
          <w:b w:val="0"/>
          <w:sz w:val="28"/>
        </w:rPr>
        <w:t>联系电话：________________</w:t>
      </w:r>
    </w:p>
    <w:p>
      <w:pPr>
        <w:spacing w:lineRule="exact" w:line="560"/>
        <w:jc w:val="right"/>
      </w:pPr>
      <w:r>
        <w:rPr>
          <w:rFonts w:ascii="彩虹粗仿宋" w:hAnsi="彩虹粗仿宋" w:eastAsia="彩虹粗仿宋"/>
          <w:b w:val="0"/>
          <w:sz w:val="28"/>
        </w:rPr>
        <w:t>紧急联系人及电话：________________</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根据《中华人民共和国劳动法》《中华人民共和国劳动合同法》及有关法律法规，甲乙双方遵循合法、公平、平等自愿、协商一致、诚实信用原则，订立本合同并共同遵守。</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第一条　合同期限与试用期</w:t>
      </w:r>
    </w:p>
    <w:p>
      <w:pPr>
        <w:spacing w:lineRule="exact" w:line="560"/>
        <w:ind w:firstLine="560"/>
      </w:pPr>
      <w:r>
        <w:rPr>
          <w:rFonts w:ascii="彩虹粗仿宋" w:hAnsi="彩虹粗仿宋" w:eastAsia="彩虹粗仿宋"/>
          <w:b w:val="0"/>
          <w:sz w:val="28"/>
        </w:rPr>
        <w:t>1.1 本合同为固定期限劳动合同，自____年____月____日起至____年____月____日止。</w:t>
      </w:r>
    </w:p>
    <w:p>
      <w:pPr>
        <w:spacing w:lineRule="exact" w:line="560"/>
        <w:ind w:firstLine="560"/>
      </w:pPr>
      <w:r>
        <w:rPr>
          <w:rFonts w:ascii="彩虹粗仿宋" w:hAnsi="彩虹粗仿宋" w:eastAsia="彩虹粗仿宋"/>
          <w:b w:val="0"/>
          <w:sz w:val="28"/>
        </w:rPr>
        <w:t>1.2 试用期自____年____月____日起至____年____月____日止。双方确认试用期严格不超过法定上限（合同期三个月以上不满一年的不超过一个月；一年以上不满三年的不超过二个月；三年以上及无固定期限的不超过六个月），甲方不得重复约定试用期、不得以任何方式延长试用期。试用期超过法定上限的，超过期间甲方应按转正后月工资标准向乙方支付工资，并依《中华人民共和国劳动合同法》第八十三条以试用期满月工资为标准，按已履行的超过法定试用期的期间向乙方支付赔偿金。</w:t>
      </w:r>
    </w:p>
    <w:p>
      <w:pPr>
        <w:spacing w:lineRule="exact" w:line="560"/>
        <w:ind w:firstLine="560"/>
      </w:pPr>
      <w:r>
        <w:rPr>
          <w:rFonts w:ascii="彩虹粗仿宋" w:hAnsi="彩虹粗仿宋" w:eastAsia="彩虹粗仿宋"/>
          <w:b w:val="0"/>
          <w:sz w:val="28"/>
        </w:rPr>
        <w:t>1.3 试用期工资为转正后月工资的____%（不低于80%），且不低于当地最低工资标准及本单位相同岗位最低档工资，即不低于人民币____元；低于上述标准的，甲方应于每月发薪日补足差额。</w:t>
      </w:r>
    </w:p>
    <w:p>
      <w:pPr>
        <w:spacing w:lineRule="exact" w:line="560"/>
        <w:ind w:firstLine="560"/>
      </w:pPr>
      <w:r>
        <w:rPr>
          <w:rFonts w:ascii="彩虹粗仿宋" w:hAnsi="彩虹粗仿宋" w:eastAsia="彩虹粗仿宋"/>
          <w:b w:val="0"/>
          <w:sz w:val="28"/>
        </w:rPr>
        <w:t>1.4 乙方在试用期内的录用条件及考核标准以双方事先书面确认的《录用条件确认书》（附件一）为准；甲方以不符合录用条件为由解除合同的，应向乙方书面说明事实与依据并提供考核记录。</w:t>
      </w:r>
    </w:p>
    <w:p>
      <w:pPr>
        <w:spacing w:lineRule="exact" w:line="560"/>
        <w:ind w:firstLine="560"/>
      </w:pPr>
      <w:r>
        <w:rPr>
          <w:rFonts w:ascii="彩虹粗仿宋" w:hAnsi="彩虹粗仿宋" w:eastAsia="彩虹粗仿宋"/>
          <w:b w:val="0"/>
          <w:sz w:val="28"/>
        </w:rPr>
        <w:t>（注：务必要求用人单位将录用条件书面化并由乙方签收；空泛的“不符合录用要求”不能成为试用期解雇的合法理由，用人单位还须提供考核记录与告知凭证。）</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第二条　工作内容与工作地点</w:t>
      </w:r>
    </w:p>
    <w:p>
      <w:pPr>
        <w:spacing w:lineRule="exact" w:line="560"/>
        <w:ind w:firstLine="560"/>
      </w:pPr>
      <w:r>
        <w:rPr>
          <w:rFonts w:ascii="彩虹粗仿宋" w:hAnsi="彩虹粗仿宋" w:eastAsia="彩虹粗仿宋"/>
          <w:b w:val="0"/>
          <w:sz w:val="28"/>
        </w:rPr>
        <w:t>2.1 乙方从事____岗位工作，岗位职责以附件一《岗位说明书》为准。</w:t>
      </w:r>
    </w:p>
    <w:p>
      <w:pPr>
        <w:spacing w:lineRule="exact" w:line="560"/>
        <w:ind w:firstLine="560"/>
      </w:pPr>
      <w:r>
        <w:rPr>
          <w:rFonts w:ascii="彩虹粗仿宋" w:hAnsi="彩虹粗仿宋" w:eastAsia="彩虹粗仿宋"/>
          <w:b w:val="0"/>
          <w:sz w:val="28"/>
        </w:rPr>
        <w:t>2.2 工作地点为：____省____市____区____路____号。未经乙方书面同意，甲方不得单方变更工作地点至前述范围以外；因客观原因确需变更的，甲方应与乙方协商，提供交通、住宿补贴等合理安置方案；协商不成的，乙方有权依本合同第11.6条处理。</w:t>
      </w:r>
    </w:p>
    <w:p>
      <w:pPr>
        <w:spacing w:lineRule="exact" w:line="560"/>
        <w:ind w:firstLine="560"/>
      </w:pPr>
      <w:r>
        <w:rPr>
          <w:rFonts w:ascii="彩虹粗仿宋" w:hAnsi="彩虹粗仿宋" w:eastAsia="彩虹粗仿宋"/>
          <w:b w:val="0"/>
          <w:sz w:val="28"/>
        </w:rPr>
        <w:t>2.3 甲方调整乙方岗位的，应与乙方协商一致并采用书面形式；未经协商一致，调整岗位应当具有充分的合理性与必要性，且调整后岗位职责与乙方能力相匹配、工资水平不降低、不具有侮辱性或惩罚性。</w:t>
      </w:r>
    </w:p>
    <w:p>
      <w:pPr>
        <w:spacing w:lineRule="exact" w:line="560"/>
        <w:ind w:firstLine="560"/>
      </w:pPr>
      <w:r>
        <w:rPr>
          <w:rFonts w:ascii="彩虹粗仿宋" w:hAnsi="彩虹粗仿宋" w:eastAsia="彩虹粗仿宋"/>
          <w:b w:val="0"/>
          <w:sz w:val="28"/>
        </w:rPr>
        <w:t>（注：工作地点应明确到区、路，避免“全国”“根据需要随时调整”等空白授权表述；岗位调整须以书面形式进行，口头通知不产生变更效力。）</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第三条　工作时间与休假</w:t>
      </w:r>
    </w:p>
    <w:p>
      <w:pPr>
        <w:spacing w:lineRule="exact" w:line="560"/>
        <w:ind w:firstLine="560"/>
      </w:pPr>
      <w:r>
        <w:rPr>
          <w:rFonts w:ascii="彩虹粗仿宋" w:hAnsi="彩虹粗仿宋" w:eastAsia="彩虹粗仿宋"/>
          <w:b w:val="0"/>
          <w:sz w:val="28"/>
        </w:rPr>
        <w:t>3.1 甲方实行标准工时制，乙方每日工作不超过8小时，每周工作不超过40小时。</w:t>
      </w:r>
    </w:p>
    <w:p>
      <w:pPr>
        <w:spacing w:lineRule="exact" w:line="560"/>
        <w:ind w:firstLine="560"/>
      </w:pPr>
      <w:r>
        <w:rPr>
          <w:rFonts w:ascii="彩虹粗仿宋" w:hAnsi="彩虹粗仿宋" w:eastAsia="彩虹粗仿宋"/>
          <w:b w:val="0"/>
          <w:sz w:val="28"/>
        </w:rPr>
        <w:t>3.2 加班应经乙方同意，甲方不得强迫或变相强迫乙方加班，不得在考勤系统中预设“自愿加班”“自动延时”等安排规避加班工资。甲方安排加班的，应依法支付加班工资或安排补休；休息日加班可安排补休，法定休假日加班必须支付300%工资，不得以补休替代。</w:t>
      </w:r>
    </w:p>
    <w:p>
      <w:pPr>
        <w:spacing w:lineRule="exact" w:line="560"/>
        <w:ind w:firstLine="560"/>
      </w:pPr>
      <w:r>
        <w:rPr>
          <w:rFonts w:ascii="彩虹粗仿宋" w:hAnsi="彩虹粗仿宋" w:eastAsia="彩虹粗仿宋"/>
          <w:b w:val="0"/>
          <w:sz w:val="28"/>
        </w:rPr>
        <w:t>3.3 加班事实的认定以打卡记录、考勤系统数据、加班审批单、排班表、工作群通知、邮件指令、工作成果提交记录等为准。甲方未履行加班审批手续但以通知、指令、排班或默许方式实际安排乙方加班的，不影响加班事实的认定；考勤记录、工资支付记录由甲方掌握管理，乙方主张加班费时甲方拒不提供上述记录的，应承担举证不能的不利后果。</w:t>
      </w:r>
    </w:p>
    <w:p>
      <w:pPr>
        <w:spacing w:lineRule="exact" w:line="560"/>
        <w:ind w:firstLine="560"/>
      </w:pPr>
      <w:r>
        <w:rPr>
          <w:rFonts w:ascii="彩虹粗仿宋" w:hAnsi="彩虹粗仿宋" w:eastAsia="彩虹粗仿宋"/>
          <w:b w:val="0"/>
          <w:sz w:val="28"/>
        </w:rPr>
        <w:t>3.4 乙方依法享受法定节假日、带薪年休假（工作满1年不满10年的5天，满10年不满20年的10天，满20年的15天）、婚假、产假、陪产假、育儿假、病假、丧假等；应休未休的年休假，甲方应按日工资收入的300%支付报酬（含正常工资部分）。</w:t>
      </w:r>
    </w:p>
    <w:p>
      <w:pPr>
        <w:spacing w:lineRule="exact" w:line="560"/>
        <w:ind w:firstLine="560"/>
      </w:pPr>
      <w:r>
        <w:rPr>
          <w:rFonts w:ascii="彩虹粗仿宋" w:hAnsi="彩虹粗仿宋" w:eastAsia="彩虹粗仿宋"/>
          <w:b w:val="0"/>
          <w:sz w:val="28"/>
        </w:rPr>
        <w:t>（注：注意保留考勤打卡记录、加班通知截图，此类证据是主张加班费成败的关键。）</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第四条　劳动报酬</w:t>
      </w:r>
    </w:p>
    <w:p>
      <w:pPr>
        <w:spacing w:lineRule="exact" w:line="560"/>
        <w:ind w:firstLine="560"/>
      </w:pPr>
      <w:r>
        <w:rPr>
          <w:rFonts w:ascii="彩虹粗仿宋" w:hAnsi="彩虹粗仿宋" w:eastAsia="彩虹粗仿宋"/>
          <w:b w:val="0"/>
          <w:sz w:val="28"/>
        </w:rPr>
        <w:t>4.1 乙方转正后月工资为人民币____元（税前），构成明确如下：基本工资____元＋岗位工资____元＋绩效工资____元（考核办法见附件____）＋其他固定补贴____元。前述各项均属乙方正常工作时间工资，甲方不得以“浮动”“待定”“暂定”等方式使工资构成不明确，不得单方降低上述任一项目的标准；调整工资构成或标准应经双方书面确认。</w:t>
      </w:r>
    </w:p>
    <w:p>
      <w:pPr>
        <w:spacing w:lineRule="exact" w:line="560"/>
        <w:ind w:firstLine="560"/>
      </w:pPr>
      <w:r>
        <w:rPr>
          <w:rFonts w:ascii="彩虹粗仿宋" w:hAnsi="彩虹粗仿宋" w:eastAsia="彩虹粗仿宋"/>
          <w:b w:val="0"/>
          <w:sz w:val="28"/>
        </w:rPr>
        <w:t>4.2 发薪日为每月____日，甲方应于该日前通过银行转账支付乙方上一自然月全部工资至乙方工资卡（账号____），并同时提供书面或电子工资清单（含各构成项目、加班工资、扣款项目及扣款依据）。发薪日遇节假日或休息日的，应提前至最近的工作日支付。甲方逾期支付工资超过5日的，应按应付未付金额每日万分之五向乙方支付违约金。</w:t>
      </w:r>
    </w:p>
    <w:p>
      <w:pPr>
        <w:spacing w:lineRule="exact" w:line="560"/>
        <w:ind w:firstLine="560"/>
      </w:pPr>
      <w:r>
        <w:rPr>
          <w:rFonts w:ascii="彩虹粗仿宋" w:hAnsi="彩虹粗仿宋" w:eastAsia="彩虹粗仿宋"/>
          <w:b w:val="0"/>
          <w:sz w:val="28"/>
        </w:rPr>
        <w:t>4.3 加班工资计算基数为乙方本人月工资全额（含基本工资、岗位工资、绩效工资及其他固定补贴），不得仅以基本工资、最低工资或低于合同约定工资的标准作为计算基数；甲方按低于上述基数标准支付加班费的，应补足差额。</w:t>
      </w:r>
    </w:p>
    <w:p>
      <w:pPr>
        <w:spacing w:lineRule="exact" w:line="560"/>
        <w:ind w:firstLine="560"/>
      </w:pPr>
      <w:r>
        <w:rPr>
          <w:rFonts w:ascii="彩虹粗仿宋" w:hAnsi="彩虹粗仿宋" w:eastAsia="彩虹粗仿宋"/>
          <w:b w:val="0"/>
          <w:sz w:val="28"/>
        </w:rPr>
        <w:t>4.4 甲方应按月足额支付工资，不得无故克扣或拖欠；因甲方原因停工停产在一个工资支付周期内的，甲方应按乙方正常工作时间工资标准支付工资。</w:t>
      </w:r>
    </w:p>
    <w:p>
      <w:pPr>
        <w:spacing w:lineRule="exact" w:line="560"/>
        <w:ind w:firstLine="560"/>
      </w:pPr>
      <w:r>
        <w:rPr>
          <w:rFonts w:ascii="彩虹粗仿宋" w:hAnsi="彩虹粗仿宋" w:eastAsia="彩虹粗仿宋"/>
          <w:b w:val="0"/>
          <w:sz w:val="28"/>
        </w:rPr>
        <w:t>4.5 甲方依法代扣代缴个人所得税及社会保险费、住房公积金个人缴纳部分，除此之外不得以任何理由从乙方工资中扣款；因乙方过错造成甲方损失需扣减的，应经乙方书面确认或有生效法律文书依据，且每月扣除额不超过乙方当月工资的20%，扣除后不低于当地最低工资标准。</w:t>
      </w:r>
    </w:p>
    <w:p>
      <w:pPr>
        <w:spacing w:lineRule="exact" w:line="560"/>
        <w:ind w:firstLine="560"/>
      </w:pPr>
      <w:r>
        <w:rPr>
          <w:rFonts w:ascii="彩虹粗仿宋" w:hAnsi="彩虹粗仿宋" w:eastAsia="彩虹粗仿宋"/>
          <w:b w:val="0"/>
          <w:sz w:val="28"/>
        </w:rPr>
        <w:t>（注：工资条、银行流水请长期保存，是证明工资标准与欠薪事实的直接证据。）</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第五条　社会保险与福利</w:t>
      </w:r>
    </w:p>
    <w:p>
      <w:pPr>
        <w:spacing w:lineRule="exact" w:line="560"/>
        <w:ind w:firstLine="560"/>
      </w:pPr>
      <w:r>
        <w:rPr>
          <w:rFonts w:ascii="彩虹粗仿宋" w:hAnsi="彩虹粗仿宋" w:eastAsia="彩虹粗仿宋"/>
          <w:b w:val="0"/>
          <w:sz w:val="28"/>
        </w:rPr>
        <w:t>5.1 甲方自用工之日起____日内为乙方办理社会保险登记并依法足额缴纳五险；未依法缴纳的，乙方有权要求补缴，并有权依《劳动合同法》第三十八条解除合同并获得经济补偿。</w:t>
      </w:r>
    </w:p>
    <w:p>
      <w:pPr>
        <w:spacing w:lineRule="exact" w:line="560"/>
        <w:ind w:firstLine="560"/>
      </w:pPr>
      <w:r>
        <w:rPr>
          <w:rFonts w:ascii="彩虹粗仿宋" w:hAnsi="彩虹粗仿宋" w:eastAsia="彩虹粗仿宋"/>
          <w:b w:val="0"/>
          <w:sz w:val="28"/>
        </w:rPr>
        <w:t>5.2 甲方不得以现金补贴、由乙方签署“自愿放弃社保声明”、约定劳务费或由第三方代缴等方式替代缴纳社会保险；任何此类约定或做法均无效，甲方仍应补缴并承担相应责任。</w:t>
      </w:r>
    </w:p>
    <w:p>
      <w:pPr>
        <w:spacing w:lineRule="exact" w:line="560"/>
        <w:ind w:firstLine="560"/>
      </w:pPr>
      <w:r>
        <w:rPr>
          <w:rFonts w:ascii="彩虹粗仿宋" w:hAnsi="彩虹粗仿宋" w:eastAsia="彩虹粗仿宋"/>
          <w:b w:val="0"/>
          <w:sz w:val="28"/>
        </w:rPr>
        <w:t>5.3 乙方患病或非因工负伤的，依法享受医疗期及病假工资（不低于当地最低工资标准的80%）；发生工伤的，甲方应在____日内申报工伤并依法保障乙方工伤保险待遇，未依法缴纳工伤保险导致待遇不能由基金支付的，由甲方承担。</w:t>
      </w:r>
    </w:p>
    <w:p>
      <w:pPr>
        <w:spacing w:lineRule="exact" w:line="560"/>
        <w:ind w:firstLine="560"/>
      </w:pPr>
      <w:r>
        <w:rPr>
          <w:rFonts w:ascii="彩虹粗仿宋" w:hAnsi="彩虹粗仿宋" w:eastAsia="彩虹粗仿宋"/>
          <w:b w:val="0"/>
          <w:sz w:val="28"/>
        </w:rPr>
        <w:t>5.4 甲方按____标准为乙方提供住房公积金缴存、体检、餐补等福利（如有）。</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第六条　劳动保护与职业危害防护</w:t>
      </w:r>
    </w:p>
    <w:p>
      <w:pPr>
        <w:spacing w:lineRule="exact" w:line="560"/>
        <w:ind w:firstLine="560"/>
      </w:pPr>
      <w:r>
        <w:rPr>
          <w:rFonts w:ascii="彩虹粗仿宋" w:hAnsi="彩虹粗仿宋" w:eastAsia="彩虹粗仿宋"/>
          <w:b w:val="0"/>
          <w:sz w:val="28"/>
        </w:rPr>
        <w:t>6.1 甲方应如实告知乙方工作过程中可能产生的职业危害及其后果、防护措施和待遇，并在劳动合同中写明；未如实告知的，乙方有权拒绝从事存在职业危害的作业。</w:t>
      </w:r>
    </w:p>
    <w:p>
      <w:pPr>
        <w:spacing w:lineRule="exact" w:line="560"/>
        <w:ind w:firstLine="560"/>
      </w:pPr>
      <w:r>
        <w:rPr>
          <w:rFonts w:ascii="彩虹粗仿宋" w:hAnsi="彩虹粗仿宋" w:eastAsia="彩虹粗仿宋"/>
          <w:b w:val="0"/>
          <w:sz w:val="28"/>
        </w:rPr>
        <w:t>6.2 甲方提供符合国家标准的劳动安全卫生条件、必要的防护用品，并组织乙方进行岗前、在岗及离岗职业健康检查，费用由甲方承担。</w:t>
      </w:r>
    </w:p>
    <w:p>
      <w:pPr>
        <w:spacing w:lineRule="exact" w:line="560"/>
        <w:ind w:firstLine="560"/>
      </w:pPr>
      <w:r>
        <w:rPr>
          <w:rFonts w:ascii="彩虹粗仿宋" w:hAnsi="彩虹粗仿宋" w:eastAsia="彩虹粗仿宋"/>
          <w:b w:val="0"/>
          <w:sz w:val="28"/>
        </w:rPr>
        <w:t>6.3 乙方有权拒绝违章指挥、强令冒险作业，该等拒绝不视为违反规章制度。</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第七条　规章制度</w:t>
      </w:r>
    </w:p>
    <w:p>
      <w:pPr>
        <w:spacing w:lineRule="exact" w:line="560"/>
        <w:ind w:firstLine="560"/>
      </w:pPr>
      <w:r>
        <w:rPr>
          <w:rFonts w:ascii="彩虹粗仿宋" w:hAnsi="彩虹粗仿宋" w:eastAsia="彩虹粗仿宋"/>
          <w:b w:val="0"/>
          <w:sz w:val="28"/>
        </w:rPr>
        <w:t>7.1 甲方规章制度应经职工代表大会或全体职工讨论、与工会或职工代表平等协商确定，并以书面签收、入职培训、公示栏或内部系统公示等方式向乙方告知，乙方签署《员工手册签收确认书》（附件四）作为告知依据。未经民主程序制定，或未向乙方公示、告知的规章制度，对乙方不发生效力，不得作为处理乙方、调整其劳动报酬或解除劳动合同的依据。</w:t>
      </w:r>
    </w:p>
    <w:p>
      <w:pPr>
        <w:spacing w:lineRule="exact" w:line="560"/>
        <w:ind w:firstLine="560"/>
      </w:pPr>
      <w:r>
        <w:rPr>
          <w:rFonts w:ascii="彩虹粗仿宋" w:hAnsi="彩虹粗仿宋" w:eastAsia="彩虹粗仿宋"/>
          <w:b w:val="0"/>
          <w:sz w:val="28"/>
        </w:rPr>
        <w:t>7.2 规章制度内容不得与法律法规相抵触、不得变相克减乙方法定权利；不一致的，乙方有权主张适用法律法规及本合同约定。</w:t>
      </w:r>
    </w:p>
    <w:p>
      <w:pPr>
        <w:spacing w:lineRule="exact" w:line="560"/>
        <w:ind w:firstLine="560"/>
      </w:pPr>
      <w:r>
        <w:rPr>
          <w:rFonts w:ascii="彩虹粗仿宋" w:hAnsi="彩虹粗仿宋" w:eastAsia="彩虹粗仿宋"/>
          <w:b w:val="0"/>
          <w:sz w:val="28"/>
        </w:rPr>
        <w:t>7.3 乙方违纪处理的，甲方应书面告知乙方处理决定及事实理由，乙方有权申辩。</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第八条　保密与知识产权</w:t>
      </w:r>
    </w:p>
    <w:p>
      <w:pPr>
        <w:spacing w:lineRule="exact" w:line="560"/>
        <w:ind w:firstLine="560"/>
      </w:pPr>
      <w:r>
        <w:rPr>
          <w:rFonts w:ascii="彩虹粗仿宋" w:hAnsi="彩虹粗仿宋" w:eastAsia="彩虹粗仿宋"/>
          <w:b w:val="0"/>
          <w:sz w:val="28"/>
        </w:rPr>
        <w:t>8.1 乙方对在职期间知悉的甲方商业秘密负有保密义务；保密义务仅限于确属商业秘密的信息，不含乙方的一般职业技能、经验与知识。</w:t>
      </w:r>
    </w:p>
    <w:p>
      <w:pPr>
        <w:spacing w:lineRule="exact" w:line="560"/>
        <w:ind w:firstLine="560"/>
      </w:pPr>
      <w:r>
        <w:rPr>
          <w:rFonts w:ascii="彩虹粗仿宋" w:hAnsi="彩虹粗仿宋" w:eastAsia="彩虹粗仿宋"/>
          <w:b w:val="0"/>
          <w:sz w:val="28"/>
        </w:rPr>
        <w:t>8.2 乙方完成的职务发明创造、职务作品的知识产权依法归甲方所有，甲方应依法给予乙方署名及奖励报酬；甲方利用乙方离职后一年内作出的与其在本单位承担的本职工作或分配任务有关的发明创造的，视为职务发明。</w:t>
      </w:r>
    </w:p>
    <w:p>
      <w:pPr>
        <w:spacing w:lineRule="exact" w:line="560"/>
        <w:ind w:firstLine="560"/>
      </w:pPr>
      <w:r>
        <w:rPr>
          <w:rFonts w:ascii="彩虹粗仿宋" w:hAnsi="彩虹粗仿宋" w:eastAsia="彩虹粗仿宋"/>
          <w:b w:val="0"/>
          <w:sz w:val="28"/>
        </w:rPr>
        <w:t>8.3 离职时乙方返还甲方财物资料，但乙方有权保留本人的劳动合同、工资记录、社保记录、职业资格证明等个人材料副本。</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第九条　竞业限制</w:t>
      </w:r>
    </w:p>
    <w:p>
      <w:pPr>
        <w:spacing w:lineRule="exact" w:line="560"/>
        <w:ind w:firstLine="560"/>
      </w:pPr>
      <w:r>
        <w:rPr>
          <w:rFonts w:ascii="彩虹粗仿宋" w:hAnsi="彩虹粗仿宋" w:eastAsia="彩虹粗仿宋"/>
          <w:b w:val="0"/>
          <w:sz w:val="28"/>
        </w:rPr>
        <w:t>9.1 如甲方要求乙方履行竞业限制义务的，双方应另行签订书面《竞业限制协议》（附件二），明确约定竞业限制的具体范围、地域、期限（不超过二年）及经济补偿。</w:t>
      </w:r>
    </w:p>
    <w:p>
      <w:pPr>
        <w:spacing w:lineRule="exact" w:line="560"/>
        <w:ind w:firstLine="560"/>
      </w:pPr>
      <w:r>
        <w:rPr>
          <w:rFonts w:ascii="彩虹粗仿宋" w:hAnsi="彩虹粗仿宋" w:eastAsia="彩虹粗仿宋"/>
          <w:b w:val="0"/>
          <w:sz w:val="28"/>
        </w:rPr>
        <w:t>9.2 竞业限制经济补偿按月于每月____日前支付，标准不低于乙方离职前十二个月平均工资的30%，且不低于劳动合同履行地最低工资标准；约定标准低于上述标准的，按上述标准执行。甲方未依约支付经济补偿超过三个月的，乙方有权请求解除竞业限制约定，并要求甲方支付已履行竞业限制期间的全部经济补偿及按应付未付金额每日万分之五计算的违约金。</w:t>
      </w:r>
    </w:p>
    <w:p>
      <w:pPr>
        <w:spacing w:lineRule="exact" w:line="560"/>
        <w:ind w:firstLine="560"/>
      </w:pPr>
      <w:r>
        <w:rPr>
          <w:rFonts w:ascii="彩虹粗仿宋" w:hAnsi="彩虹粗仿宋" w:eastAsia="彩虹粗仿宋"/>
          <w:b w:val="0"/>
          <w:sz w:val="28"/>
        </w:rPr>
        <w:t>9.3 甲方应在解除或终止劳动合同时以书面形式明确是否启动竞业限制；甲方未在离职时书面确认启动，或未在离职后15日内书面补充确认并支付首月补偿的，视为放弃竞业限制要求，甲方无需支付补偿，乙方亦不受竞业限制约束，甲方不得事后主张乙方违反竞业限制义务。</w:t>
      </w:r>
    </w:p>
    <w:p>
      <w:pPr>
        <w:spacing w:lineRule="exact" w:line="560"/>
        <w:ind w:firstLine="560"/>
      </w:pPr>
      <w:r>
        <w:rPr>
          <w:rFonts w:ascii="彩虹粗仿宋" w:hAnsi="彩虹粗仿宋" w:eastAsia="彩虹粗仿宋"/>
          <w:b w:val="0"/>
          <w:sz w:val="28"/>
        </w:rPr>
        <w:t>9.4 乙方违反竞业限制约定的，应按《竞业限制协议》支付违约金，违约金数额应与甲方可得利益及乙方收入水平相称；甲方要求继续履行的，乙方应继续履行。</w:t>
      </w:r>
    </w:p>
    <w:p>
      <w:pPr>
        <w:spacing w:lineRule="exact" w:line="560"/>
        <w:ind w:firstLine="560"/>
      </w:pPr>
      <w:r>
        <w:rPr>
          <w:rFonts w:ascii="彩虹粗仿宋" w:hAnsi="彩虹粗仿宋" w:eastAsia="彩虹粗仿宋"/>
          <w:b w:val="0"/>
          <w:sz w:val="28"/>
        </w:rPr>
        <w:t>（注：竞业限制不是当然义务——没有书面协议或没有按月付补偿，约束即落空；离职时务必取得启动与否的书面文件。）</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第十条　服务期</w:t>
      </w:r>
    </w:p>
    <w:p>
      <w:pPr>
        <w:spacing w:lineRule="exact" w:line="560"/>
        <w:ind w:firstLine="560"/>
      </w:pPr>
      <w:r>
        <w:rPr>
          <w:rFonts w:ascii="彩虹粗仿宋" w:hAnsi="彩虹粗仿宋" w:eastAsia="彩虹粗仿宋"/>
          <w:b w:val="0"/>
          <w:sz w:val="28"/>
        </w:rPr>
        <w:t>10.1 甲方为乙方提供专项培训费用进行专业技术培训的，双方另行签订《培训服务协议》（附件三）约定服务期；服务期长于合同期限的，合同期限自动顺延至服务期届满。</w:t>
      </w:r>
    </w:p>
    <w:p>
      <w:pPr>
        <w:spacing w:lineRule="exact" w:line="560"/>
        <w:ind w:firstLine="560"/>
      </w:pPr>
      <w:r>
        <w:rPr>
          <w:rFonts w:ascii="彩虹粗仿宋" w:hAnsi="彩虹粗仿宋" w:eastAsia="彩虹粗仿宋"/>
          <w:b w:val="0"/>
          <w:sz w:val="28"/>
        </w:rPr>
        <w:t>10.2 违约金不得超过甲方实际提供的培训费用，且不得超过服务期尚未履行部分应分摊的培训费用；甲方应向乙方出示培训费用凭证。</w:t>
      </w:r>
    </w:p>
    <w:p>
      <w:pPr>
        <w:spacing w:lineRule="exact" w:line="560"/>
        <w:ind w:firstLine="560"/>
      </w:pPr>
      <w:r>
        <w:rPr>
          <w:rFonts w:ascii="彩虹粗仿宋" w:hAnsi="彩虹粗仿宋" w:eastAsia="彩虹粗仿宋"/>
          <w:b w:val="0"/>
          <w:sz w:val="28"/>
        </w:rPr>
        <w:t>10.3 因甲方存在《劳动合同法》第三十八条情形导致乙方解除合同的，乙方不承担服务期违约金。</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第十一条　合同的变更、解除与终止</w:t>
      </w:r>
    </w:p>
    <w:p>
      <w:pPr>
        <w:spacing w:lineRule="exact" w:line="560"/>
        <w:ind w:firstLine="560"/>
      </w:pPr>
      <w:r>
        <w:rPr>
          <w:rFonts w:ascii="彩虹粗仿宋" w:hAnsi="彩虹粗仿宋" w:eastAsia="彩虹粗仿宋"/>
          <w:b w:val="0"/>
          <w:sz w:val="28"/>
        </w:rPr>
        <w:t>11.1 变更本合同约定的内容（含岗位、地点、工资），应经双方协商一致并采用书面形式。</w:t>
      </w:r>
    </w:p>
    <w:p>
      <w:pPr>
        <w:spacing w:lineRule="exact" w:line="560"/>
        <w:ind w:firstLine="560"/>
      </w:pPr>
      <w:r>
        <w:rPr>
          <w:rFonts w:ascii="彩虹粗仿宋" w:hAnsi="彩虹粗仿宋" w:eastAsia="彩虹粗仿宋"/>
          <w:b w:val="0"/>
          <w:sz w:val="28"/>
        </w:rPr>
        <w:t>11.2 双方协商一致可以解除本合同；由甲方提出协商解除的，甲方应依法向乙方支付经济补偿。</w:t>
      </w:r>
    </w:p>
    <w:p>
      <w:pPr>
        <w:spacing w:lineRule="exact" w:line="560"/>
        <w:ind w:firstLine="560"/>
      </w:pPr>
      <w:r>
        <w:rPr>
          <w:rFonts w:ascii="彩虹粗仿宋" w:hAnsi="彩虹粗仿宋" w:eastAsia="彩虹粗仿宋"/>
          <w:b w:val="0"/>
          <w:sz w:val="28"/>
        </w:rPr>
        <w:t>11.3 乙方提前____日（试用期提前____日）以书面形式通知甲方，可以解除本合同；乙方依《劳动合同法》第三十八条解除合同（甲方未提供劳动保护或劳动条件、未及时足额支付劳动报酬、未依法缴纳社会保险费、规章制度违法损害乙方权益、以欺诈胁迫手段订立合同致其无效等）的，无需提前通知，且甲方应依法支付经济补偿。</w:t>
      </w:r>
    </w:p>
    <w:p>
      <w:pPr>
        <w:spacing w:lineRule="exact" w:line="560"/>
        <w:ind w:firstLine="560"/>
      </w:pPr>
      <w:r>
        <w:rPr>
          <w:rFonts w:ascii="彩虹粗仿宋" w:hAnsi="彩虹粗仿宋" w:eastAsia="彩虹粗仿宋"/>
          <w:b w:val="0"/>
          <w:sz w:val="28"/>
        </w:rPr>
        <w:t>11.4 甲方单方解除本合同的，应事先将解除理由通知工会（如有），并向乙方出具载明事实与法律依据的书面解除通知。甲方解除合同不具备法定情形、缺乏事实依据或程序违法的，属于违法解除，乙方有权要求继续履行并补发争议期间的工资；乙方不要求继续履行或合同已不能继续履行的，甲方应按经济补偿标准的二倍向乙方支付赔偿金，该赔偿金不因乙方已领取工资、代通知金或其他款项而扣减。</w:t>
      </w:r>
    </w:p>
    <w:p>
      <w:pPr>
        <w:spacing w:lineRule="exact" w:line="560"/>
        <w:ind w:firstLine="560"/>
      </w:pPr>
      <w:r>
        <w:rPr>
          <w:rFonts w:ascii="彩虹粗仿宋" w:hAnsi="彩虹粗仿宋" w:eastAsia="彩虹粗仿宋"/>
          <w:b w:val="0"/>
          <w:sz w:val="28"/>
        </w:rPr>
        <w:t>11.5 甲方以“不能胜任工作”解除的，须先经培训或调整工作岗位仍不能胜任，并提供考核记录；以“医疗期满”“客观情况发生重大变化”解除的，须先行协商变更未果，且均应提前30日书面通知或额外支付一个月工资（代通知金），并依法支付经济补偿。甲方未履行上述前置程序即解除的，构成违法解除。</w:t>
      </w:r>
    </w:p>
    <w:p>
      <w:pPr>
        <w:spacing w:lineRule="exact" w:line="560"/>
        <w:ind w:firstLine="560"/>
      </w:pPr>
      <w:r>
        <w:rPr>
          <w:rFonts w:ascii="彩虹粗仿宋" w:hAnsi="彩虹粗仿宋" w:eastAsia="彩虹粗仿宋"/>
          <w:b w:val="0"/>
          <w:sz w:val="28"/>
        </w:rPr>
        <w:t>11.6 经济补偿按乙方在甲方的工作年限计算：每满一年支付一个月工资；六个月以上不满一年的按一年计算；不满六个月的支付半个月工资。月工资按乙方解除或终止前十二个月的应得平均工资计算，包括基本工资、岗位工资、绩效工资、奖金、津贴、补贴及加班工资等全部货币性收入；工作不满十二个月的，按实际工作月份的平均工资计算。月工资高于当地上年度职工月平均工资三倍的，按三倍计算且支付年限最高不超过十二年。</w:t>
      </w:r>
    </w:p>
    <w:p>
      <w:pPr>
        <w:spacing w:lineRule="exact" w:line="560"/>
        <w:ind w:firstLine="560"/>
      </w:pPr>
      <w:r>
        <w:rPr>
          <w:rFonts w:ascii="彩虹粗仿宋" w:hAnsi="彩虹粗仿宋" w:eastAsia="彩虹粗仿宋"/>
          <w:b w:val="0"/>
          <w:sz w:val="28"/>
        </w:rPr>
        <w:t>11.7 合同期满终止的，除甲方维持或提高原条件续订而乙方不同意续订外，甲方应依法支付经济补偿；甲方应在期满前____日书面告知乙方是否续订及续订条件。</w:t>
      </w:r>
    </w:p>
    <w:p>
      <w:pPr>
        <w:spacing w:lineRule="exact" w:line="560"/>
        <w:ind w:firstLine="560"/>
      </w:pPr>
      <w:r>
        <w:rPr>
          <w:rFonts w:ascii="彩虹粗仿宋" w:hAnsi="彩虹粗仿宋" w:eastAsia="彩虹粗仿宋"/>
          <w:b w:val="0"/>
          <w:sz w:val="28"/>
        </w:rPr>
        <w:t>11.8 解除或终止时，甲方应出具书面证明并在____日内办理档案与社会保险关系转移手续，在办结工作交接时支付经济补偿及结清全部工资。</w:t>
      </w:r>
    </w:p>
    <w:p>
      <w:pPr>
        <w:spacing w:lineRule="exact" w:line="560"/>
        <w:ind w:firstLine="560"/>
      </w:pPr>
      <w:r>
        <w:rPr>
          <w:rFonts w:ascii="彩虹粗仿宋" w:hAnsi="彩虹粗仿宋" w:eastAsia="彩虹粗仿宋"/>
          <w:b w:val="0"/>
          <w:sz w:val="28"/>
        </w:rPr>
        <w:t>（注：收到解除通知不要当场签署“自愿离职”类文件，应要求出具书面解除通知并注明理由；交接清单应逐项签字留底，事后及时申请仲裁主张权利。）</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第十二条　违约责任</w:t>
      </w:r>
    </w:p>
    <w:p>
      <w:pPr>
        <w:spacing w:lineRule="exact" w:line="560"/>
        <w:ind w:firstLine="560"/>
      </w:pPr>
      <w:r>
        <w:rPr>
          <w:rFonts w:ascii="彩虹粗仿宋" w:hAnsi="彩虹粗仿宋" w:eastAsia="彩虹粗仿宋"/>
          <w:b w:val="0"/>
          <w:sz w:val="28"/>
        </w:rPr>
        <w:t>12.1 甲方克扣或无故拖欠乙方工资、拒不支付加班费或低于最低工资标准支付的，乙方有权要求甲方限期足额支付；甲方并应按劳动行政部门责令加付的赔偿金标准承担责任。</w:t>
      </w:r>
    </w:p>
    <w:p>
      <w:pPr>
        <w:spacing w:lineRule="exact" w:line="560"/>
        <w:ind w:firstLine="560"/>
      </w:pPr>
      <w:r>
        <w:rPr>
          <w:rFonts w:ascii="彩虹粗仿宋" w:hAnsi="彩虹粗仿宋" w:eastAsia="彩虹粗仿宋"/>
          <w:b w:val="0"/>
          <w:sz w:val="28"/>
        </w:rPr>
        <w:t>12.2 甲方违法解除或终止本合同的，按第11.4条承担继续履行或支付二倍赔偿金的责任。</w:t>
      </w:r>
    </w:p>
    <w:p>
      <w:pPr>
        <w:spacing w:lineRule="exact" w:line="560"/>
        <w:ind w:firstLine="560"/>
      </w:pPr>
      <w:r>
        <w:rPr>
          <w:rFonts w:ascii="彩虹粗仿宋" w:hAnsi="彩虹粗仿宋" w:eastAsia="彩虹粗仿宋"/>
          <w:b w:val="0"/>
          <w:sz w:val="28"/>
        </w:rPr>
        <w:t>12.3 甲方未依法缴纳社会保险、未支付经济补偿的，乙方有权请求补缴、支付，并可依法主张相关赔偿。</w:t>
      </w:r>
    </w:p>
    <w:p>
      <w:pPr>
        <w:spacing w:lineRule="exact" w:line="560"/>
        <w:ind w:firstLine="560"/>
      </w:pPr>
      <w:r>
        <w:rPr>
          <w:rFonts w:ascii="彩虹粗仿宋" w:hAnsi="彩虹粗仿宋" w:eastAsia="彩虹粗仿宋"/>
          <w:b w:val="0"/>
          <w:sz w:val="28"/>
        </w:rPr>
        <w:t>12.4 乙方仅在违反服务期约定或竞业限制约定两种法定情形下承担违约金；除此之外，甲方不得约定或主张由乙方承担违约金，即使本合同其他条款有相反约定亦属无效。</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第十三条　送达条款</w:t>
      </w:r>
    </w:p>
    <w:p>
      <w:pPr>
        <w:spacing w:lineRule="exact" w:line="560"/>
        <w:ind w:firstLine="560"/>
      </w:pPr>
      <w:r>
        <w:rPr>
          <w:rFonts w:ascii="彩虹粗仿宋" w:hAnsi="彩虹粗仿宋" w:eastAsia="彩虹粗仿宋"/>
          <w:b w:val="0"/>
          <w:sz w:val="28"/>
        </w:rPr>
        <w:t>13.1 双方确认首部所列地址、电话为有效送达地址，适用于通知、文书及争议程序送达；变更应于____日内书面通知对方，未通知的按原地址送达（含拒收、退回）视为有效送达。</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第十四条　争议解决</w:t>
      </w:r>
    </w:p>
    <w:p>
      <w:pPr>
        <w:spacing w:lineRule="exact" w:line="560"/>
        <w:ind w:firstLine="560"/>
      </w:pPr>
      <w:r>
        <w:rPr>
          <w:rFonts w:ascii="彩虹粗仿宋" w:hAnsi="彩虹粗仿宋" w:eastAsia="彩虹粗仿宋"/>
          <w:b w:val="0"/>
          <w:sz w:val="28"/>
        </w:rPr>
        <w:t>14.1 因本合同发生劳动争议的，双方可协商解决或申请调解。</w:t>
      </w:r>
    </w:p>
    <w:p>
      <w:pPr>
        <w:spacing w:lineRule="exact" w:line="560"/>
        <w:ind w:firstLine="560"/>
      </w:pPr>
      <w:r>
        <w:rPr>
          <w:rFonts w:ascii="彩虹粗仿宋" w:hAnsi="彩虹粗仿宋" w:eastAsia="彩虹粗仿宋"/>
          <w:b w:val="0"/>
          <w:sz w:val="28"/>
        </w:rPr>
        <w:t>14.2 协商、调解不成的，乙方可向劳动合同履行地或者甲方（用人单位）所在地的劳动人事争议仲裁委员会申请仲裁；劳动合同履行地与用人单位所在地不一致的，乙方有权选择对其更为便利的劳动合同履行地仲裁委员会申请仲裁。</w:t>
      </w:r>
    </w:p>
    <w:p>
      <w:pPr>
        <w:spacing w:lineRule="exact" w:line="560"/>
        <w:ind w:firstLine="560"/>
      </w:pPr>
      <w:r>
        <w:rPr>
          <w:rFonts w:ascii="彩虹粗仿宋" w:hAnsi="彩虹粗仿宋" w:eastAsia="彩虹粗仿宋"/>
          <w:b w:val="0"/>
          <w:sz w:val="28"/>
        </w:rPr>
        <w:t>14.3 对仲裁裁决不服的，可以自收到裁决书之日起十五日内向有管辖权的人民法院提起诉讼。追索劳动报酬、工伤医疗费等依法适用终局裁决或先予执行规则的案件，从其规定。</w:t>
      </w:r>
    </w:p>
    <w:p>
      <w:pPr>
        <w:spacing w:lineRule="exact" w:line="560"/>
        <w:ind w:firstLine="560"/>
      </w:pPr>
      <w:r>
        <w:rPr>
          <w:rFonts w:ascii="彩虹粗仿宋" w:hAnsi="彩虹粗仿宋" w:eastAsia="彩虹粗仿宋"/>
          <w:b w:val="0"/>
          <w:sz w:val="28"/>
        </w:rPr>
        <w:t>（注：劳动争议仲裁管辖由《中华人民共和国劳动争议调解仲裁法》第二十一条法定，为劳动合同履行地或用人单位所在地，不属于当事人可协议约定的事项，本条未作变更约定；两者不一致时，法律赋予申请人选择权，乙方可选择劳动合同履行地申请仲裁，避免异地维权。）</w:t>
      </w:r>
    </w:p>
    <w:p>
      <w:pPr>
        <w:spacing w:lineRule="exact" w:line="560"/>
        <w:ind w:firstLine="560"/>
      </w:pPr>
      <w:r>
        <w:rPr>
          <w:rFonts w:ascii="彩虹粗仿宋" w:hAnsi="彩虹粗仿宋" w:eastAsia="彩虹粗仿宋"/>
          <w:b w:val="0"/>
          <w:sz w:val="28"/>
        </w:rPr>
        <w:t>（注：劳动仲裁申请时效为一年，拖欠劳动报酬争议在职期间不受一年时效限制，离职后应自离职之日起一年内申请。）</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第十五条　其他</w:t>
      </w:r>
    </w:p>
    <w:p>
      <w:pPr>
        <w:spacing w:lineRule="exact" w:line="560"/>
        <w:ind w:firstLine="560"/>
      </w:pPr>
      <w:r>
        <w:rPr>
          <w:rFonts w:ascii="彩虹粗仿宋" w:hAnsi="彩虹粗仿宋" w:eastAsia="彩虹粗仿宋"/>
          <w:b w:val="0"/>
          <w:sz w:val="28"/>
        </w:rPr>
        <w:t>15.1 本合同未尽事宜按国家及地方有关规定执行；本合同条款与法律法规强制性规定不一致的，以法律法规为准，不影响其余条款效力。</w:t>
      </w:r>
    </w:p>
    <w:p>
      <w:pPr>
        <w:spacing w:lineRule="exact" w:line="560"/>
        <w:ind w:firstLine="560"/>
      </w:pPr>
      <w:r>
        <w:rPr>
          <w:rFonts w:ascii="彩虹粗仿宋" w:hAnsi="彩虹粗仿宋" w:eastAsia="彩虹粗仿宋"/>
          <w:b w:val="0"/>
          <w:sz w:val="28"/>
        </w:rPr>
        <w:t>15.2 甲方已在订立本合同时如实告知乙方工作内容、工作条件、工作地点、职业危害、安全生产状况、劳动报酬等情况。</w:t>
      </w:r>
    </w:p>
    <w:p>
      <w:pPr>
        <w:spacing w:lineRule="exact" w:line="560"/>
        <w:ind w:firstLine="560"/>
      </w:pPr>
      <w:r>
        <w:rPr>
          <w:rFonts w:ascii="彩虹粗仿宋" w:hAnsi="彩虹粗仿宋" w:eastAsia="彩虹粗仿宋"/>
          <w:b w:val="0"/>
          <w:sz w:val="28"/>
        </w:rPr>
        <w:t>15.3 附件一（录用条件确认书及岗位说明书）、附件二（竞业限制协议）、附件三（培训服务协议）、附件四（员工手册签收确认书）为本合同组成部分；附件内容加重乙方责任而未经乙方单独书面确认的，对乙方不发生效力。</w:t>
      </w:r>
    </w:p>
    <w:p>
      <w:pPr>
        <w:spacing w:lineRule="exact" w:line="560"/>
        <w:ind w:firstLine="560"/>
      </w:pPr>
      <w:r>
        <w:rPr>
          <w:rFonts w:ascii="彩虹粗仿宋" w:hAnsi="彩虹粗仿宋" w:eastAsia="彩虹粗仿宋"/>
          <w:b w:val="0"/>
          <w:sz w:val="28"/>
        </w:rPr>
        <w:t>15.4 本合同一式____份，甲乙双方各执____份，具有同等法律效力；乙方应妥善保管本人所执文本。本合同自双方签字盖章之日起生效。</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签署栏</w:t>
      </w:r>
    </w:p>
    <w:p>
      <w:pPr>
        <w:spacing w:lineRule="exact" w:line="560"/>
        <w:ind w:firstLine="560"/>
      </w:pPr>
      <w:r>
        <w:rPr>
          <w:rFonts w:ascii="彩虹粗仿宋" w:hAnsi="彩虹粗仿宋" w:eastAsia="彩虹粗仿宋"/>
          <w:b w:val="0"/>
          <w:sz w:val="28"/>
        </w:rPr>
        <w:t>甲方（盖章）：________________</w:t>
      </w:r>
    </w:p>
    <w:p>
      <w:pPr>
        <w:spacing w:lineRule="exact" w:line="560"/>
        <w:ind w:firstLine="560"/>
      </w:pPr>
      <w:r>
        <w:rPr>
          <w:rFonts w:ascii="彩虹粗仿宋" w:hAnsi="彩虹粗仿宋" w:eastAsia="彩虹粗仿宋"/>
          <w:b w:val="0"/>
          <w:sz w:val="28"/>
        </w:rPr>
        <w:t>法定代表人或授权代表（签字）：________________　签署日期：____年____月____日</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乙方（签字）：________________　签署日期：____年____月____日</w:t>
      </w:r>
    </w:p>
    <w:sectPr w:rsidR="00FC693F" w:rsidRPr="0006063C" w:rsidSect="00034616">
      <w:pgSz w:w="12240" w:h="15840"/>
      <w:pgMar w:top="1701" w:right="1474" w:bottom="147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