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货物运输合同</w:t>
      </w:r>
    </w:p>
    <w:p>
      <w:pPr>
        <w:spacing w:lineRule="exact" w:line="560"/>
        <w:jc w:val="center"/>
      </w:pPr>
      <w:r>
        <w:rPr>
          <w:rFonts w:ascii="彩虹粗仿宋" w:hAnsi="彩虹粗仿宋" w:eastAsia="彩虹粗仿宋"/>
          <w:b w:val="0"/>
          <w:sz w:val="28"/>
        </w:rPr>
        <w:t>（托运人立场示范文本）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托运人（甲方）：________________________________________________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承运人（乙方）：________________________________________________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道路运输经营许可证号：__________________________________________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根据《中华人民共和国民法典》及相关法律法规规定，甲、乙双方本着平等、自愿、诚实信用的原则，就乙方为甲方承运货物事宜，经充分协商达成如下条款，以资共同遵守。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本合同所称“运输任务”，指本合同第二条所列货物自起运地至到达地的运输服务，包括装卸衔接、在途保管及交付。</w:t>
      </w:r>
    </w:p>
    <w:p>
      <w:pPr>
        <w:spacing w:lineRule="exact" w:line="560"/>
        <w:ind w:firstLine="560"/>
      </w:pPr>
      <w:r>
        <w:rPr>
          <w:rFonts w:ascii="彩虹粗仿宋" w:hAnsi="彩虹粗仿宋" w:eastAsia="彩虹粗仿宋"/>
          <w:b w:val="0"/>
          <w:sz w:val="28"/>
        </w:rPr>
        <w:t>1.2　“运输凭证”，指运单、托运单、送货单、签收回单及其他能够证明运输关系与货物交接状态的书面或电子凭证。</w:t>
      </w:r>
    </w:p>
    <w:p>
      <w:pPr>
        <w:spacing w:lineRule="exact" w:line="560"/>
        <w:ind w:firstLine="560"/>
      </w:pPr>
      <w:r>
        <w:rPr>
          <w:rFonts w:ascii="彩虹粗仿宋" w:hAnsi="彩虹粗仿宋" w:eastAsia="彩虹粗仿宋"/>
          <w:b w:val="0"/>
          <w:sz w:val="28"/>
        </w:rPr>
        <w:t>1.3　“实际承运人”，指接受乙方委托实际履行运输的人。乙方转委托的，实际承运人的行为视同乙方行为，乙方对其行为向甲方承担全部责任。</w:t>
      </w:r>
    </w:p>
    <w:p>
      <w:pPr>
        <w:spacing w:lineRule="exact" w:line="560"/>
        <w:ind w:firstLine="560"/>
      </w:pPr>
      <w:r>
        <w:rPr>
          <w:rFonts w:ascii="彩虹粗仿宋" w:hAnsi="彩虹粗仿宋" w:eastAsia="彩虹粗仿宋"/>
          <w:b w:val="0"/>
          <w:sz w:val="28"/>
        </w:rPr>
        <w:t>（注：约定转委托责任归属，可避免乙方以“系实际承运人行为”抗辩推责；乙方未经甲方书面同意转委托的，甲方另有权依第十二条追究违约责任。）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货物信息</w:t>
      </w:r>
    </w:p>
    <w:p>
      <w:pPr>
        <w:spacing w:lineRule="exact" w:line="560"/>
        <w:ind w:firstLine="560"/>
      </w:pPr>
      <w:r>
        <w:rPr>
          <w:rFonts w:ascii="彩虹粗仿宋" w:hAnsi="彩虹粗仿宋" w:eastAsia="彩虹粗仿宋"/>
          <w:b w:val="0"/>
          <w:sz w:val="28"/>
        </w:rPr>
        <w:t>2.1　货物名称：________________；规格型号：________________；数量：________________；重量：________千克；体积：________立方米。</w:t>
      </w:r>
    </w:p>
    <w:p>
      <w:pPr>
        <w:spacing w:lineRule="exact" w:line="560"/>
        <w:ind w:firstLine="560"/>
      </w:pPr>
      <w:r>
        <w:rPr>
          <w:rFonts w:ascii="彩虹粗仿宋" w:hAnsi="彩虹粗仿宋" w:eastAsia="彩虹粗仿宋"/>
          <w:b w:val="0"/>
          <w:sz w:val="28"/>
        </w:rPr>
        <w:t>2.2　包装方式：________________；包装标准：符合国家或行业标准，无标准的按足以保证货物运输安全的标准执行。</w:t>
      </w:r>
    </w:p>
    <w:p>
      <w:pPr>
        <w:spacing w:lineRule="exact" w:line="560"/>
        <w:ind w:firstLine="560"/>
      </w:pPr>
      <w:r>
        <w:rPr>
          <w:rFonts w:ascii="彩虹粗仿宋" w:hAnsi="彩虹粗仿宋" w:eastAsia="彩虹粗仿宋"/>
          <w:b w:val="0"/>
          <w:sz w:val="28"/>
        </w:rPr>
        <w:t>2.3　货物性质：□普通货物　□易碎货物　□贵重货物　□冷藏货物　□其他：________。</w:t>
      </w:r>
    </w:p>
    <w:p>
      <w:pPr>
        <w:spacing w:lineRule="exact" w:line="560"/>
        <w:ind w:firstLine="560"/>
      </w:pPr>
      <w:r>
        <w:rPr>
          <w:rFonts w:ascii="彩虹粗仿宋" w:hAnsi="彩虹粗仿宋" w:eastAsia="彩虹粗仿宋"/>
          <w:b w:val="0"/>
          <w:sz w:val="28"/>
        </w:rPr>
        <w:t>2.4　货物声明价值：人民币________元（大写：________________）。甲方已如实申报货物价值，作为赔偿计算依据。</w:t>
      </w:r>
    </w:p>
    <w:p>
      <w:pPr>
        <w:spacing w:lineRule="exact" w:line="560"/>
        <w:ind w:firstLine="560"/>
      </w:pPr>
      <w:r>
        <w:rPr>
          <w:rFonts w:ascii="彩虹粗仿宋" w:hAnsi="彩虹粗仿宋" w:eastAsia="彩虹粗仿宋"/>
          <w:b w:val="0"/>
          <w:sz w:val="28"/>
        </w:rPr>
        <w:t>2.5　危险货物特别提示：本批货物□不属于危险货物／□属于危险货物（类别：________，UN编号：________）。属危险货物的，甲方已按国家有关规定向乙方提交危险品说明书及相关资料，双方应另行签署危险货物运输专项确认文件。</w:t>
      </w:r>
    </w:p>
    <w:p>
      <w:pPr>
        <w:spacing w:lineRule="exact" w:line="560"/>
        <w:ind w:firstLine="560"/>
      </w:pPr>
      <w:r>
        <w:rPr>
          <w:rFonts w:ascii="彩虹粗仿宋" w:hAnsi="彩虹粗仿宋" w:eastAsia="彩虹粗仿宋"/>
          <w:b w:val="0"/>
          <w:sz w:val="28"/>
        </w:rPr>
        <w:t>（注：托运人应如实申报，申报不实虽不利己方，但故意隐瞒致乙方损失的，责任划分以合同约定为准，申报记录亦是日后索赔的关键证据。）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运输方式与路线</w:t>
      </w:r>
    </w:p>
    <w:p>
      <w:pPr>
        <w:spacing w:lineRule="exact" w:line="560"/>
        <w:ind w:firstLine="560"/>
      </w:pPr>
      <w:r>
        <w:rPr>
          <w:rFonts w:ascii="彩虹粗仿宋" w:hAnsi="彩虹粗仿宋" w:eastAsia="彩虹粗仿宋"/>
          <w:b w:val="0"/>
          <w:sz w:val="28"/>
        </w:rPr>
        <w:t>3.1　运输方式：□公路整车　□公路零担　□集装箱　□其他：________；车辆要求：________________。</w:t>
      </w:r>
    </w:p>
    <w:p>
      <w:pPr>
        <w:spacing w:lineRule="exact" w:line="560"/>
        <w:ind w:firstLine="560"/>
      </w:pPr>
      <w:r>
        <w:rPr>
          <w:rFonts w:ascii="彩虹粗仿宋" w:hAnsi="彩虹粗仿宋" w:eastAsia="彩虹粗仿宋"/>
          <w:b w:val="0"/>
          <w:sz w:val="28"/>
        </w:rPr>
        <w:t>3.2　运输路线：自________________经________________至________________。乙方不得擅自变更路线；确需变更的，应事先取得甲方书面同意，且因变更增加的费用由乙方承担，增加的风险责任不因路线变更而免除。</w:t>
      </w:r>
    </w:p>
    <w:p>
      <w:pPr>
        <w:spacing w:lineRule="exact" w:line="560"/>
        <w:ind w:firstLine="560"/>
      </w:pPr>
      <w:r>
        <w:rPr>
          <w:rFonts w:ascii="彩虹粗仿宋" w:hAnsi="彩虹粗仿宋" w:eastAsia="彩虹粗仿宋"/>
          <w:b w:val="0"/>
          <w:sz w:val="28"/>
        </w:rPr>
        <w:t>3.3　乙方承诺：其持有有效的道路运输经营许可，车辆具备合法营运资质，驾驶员具备相应准驾资质与从业资格；运输贵重、冷藏或危险货物的，车辆及人员符合专项运输要求。</w:t>
      </w:r>
    </w:p>
    <w:p>
      <w:pPr>
        <w:spacing w:lineRule="exact" w:line="560"/>
        <w:ind w:firstLine="560"/>
      </w:pPr>
      <w:r>
        <w:rPr>
          <w:rFonts w:ascii="彩虹粗仿宋" w:hAnsi="彩虹粗仿宋" w:eastAsia="彩虹粗仿宋"/>
          <w:b w:val="0"/>
          <w:sz w:val="28"/>
        </w:rPr>
        <w:t>（注：承运人资质是合同效力和事故责任认定的基础，托运人应留存资质文件复印件作为合同附件。）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起运、到达地点及运输时限</w:t>
      </w:r>
    </w:p>
    <w:p>
      <w:pPr>
        <w:spacing w:lineRule="exact" w:line="560"/>
        <w:ind w:firstLine="560"/>
      </w:pPr>
      <w:r>
        <w:rPr>
          <w:rFonts w:ascii="彩虹粗仿宋" w:hAnsi="彩虹粗仿宋" w:eastAsia="彩虹粗仿宋"/>
          <w:b w:val="0"/>
          <w:sz w:val="28"/>
        </w:rPr>
        <w:t>4.1　起运地点：________________；到达地点：________________。</w:t>
      </w:r>
    </w:p>
    <w:p>
      <w:pPr>
        <w:spacing w:lineRule="exact" w:line="560"/>
        <w:ind w:firstLine="560"/>
      </w:pPr>
      <w:r>
        <w:rPr>
          <w:rFonts w:ascii="彩虹粗仿宋" w:hAnsi="彩虹粗仿宋" w:eastAsia="彩虹粗仿宋"/>
          <w:b w:val="0"/>
          <w:sz w:val="28"/>
        </w:rPr>
        <w:t>4.2　货物装车完毕时间：________年____月____日____时前；货物到达时间：________年____月____日____时前。</w:t>
      </w:r>
    </w:p>
    <w:p>
      <w:pPr>
        <w:spacing w:lineRule="exact" w:line="560"/>
        <w:ind w:firstLine="560"/>
      </w:pPr>
      <w:r>
        <w:rPr>
          <w:rFonts w:ascii="彩虹粗仿宋" w:hAnsi="彩虹粗仿宋" w:eastAsia="彩虹粗仿宋"/>
          <w:b w:val="0"/>
          <w:sz w:val="28"/>
        </w:rPr>
        <w:t>4.3　运输时限为本合同核心条款。乙方逾期到达的，每逾期一日按本批运费的____％向甲方支付违约金；逾期超过____日的，甲方有权解除合同并另行安排运输，由此增加的费用及损失由乙方承担，甲方并保留就超出违约金部分的实际损失请求赔偿的权利。</w:t>
      </w:r>
    </w:p>
    <w:p>
      <w:pPr>
        <w:spacing w:lineRule="exact" w:line="560"/>
        <w:ind w:firstLine="560"/>
      </w:pPr>
      <w:r>
        <w:rPr>
          <w:rFonts w:ascii="彩虹粗仿宋" w:hAnsi="彩虹粗仿宋" w:eastAsia="彩虹粗仿宋"/>
          <w:b w:val="0"/>
          <w:sz w:val="28"/>
        </w:rPr>
        <w:t>4.4　货物到达后，乙方应立即通知甲方或收货人，并在甲方或收货人指定地点卸交。</w:t>
      </w:r>
    </w:p>
    <w:p>
      <w:pPr>
        <w:spacing w:lineRule="exact" w:line="560"/>
        <w:ind w:firstLine="560"/>
      </w:pPr>
      <w:r>
        <w:rPr>
          <w:rFonts w:ascii="彩虹粗仿宋" w:hAnsi="彩虹粗仿宋" w:eastAsia="彩虹粗仿宋"/>
          <w:b w:val="0"/>
          <w:sz w:val="28"/>
        </w:rPr>
        <w:t>（注：明确到达时点以“签收回单记载时间”为准，可避免在途时间争议；乙方未取得签收回单的，以甲方或者收货人实际接收货物的时间为到达时间。）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装卸责任与费用</w:t>
      </w:r>
    </w:p>
    <w:p>
      <w:pPr>
        <w:spacing w:lineRule="exact" w:line="560"/>
        <w:ind w:firstLine="560"/>
      </w:pPr>
      <w:r>
        <w:rPr>
          <w:rFonts w:ascii="彩虹粗仿宋" w:hAnsi="彩虹粗仿宋" w:eastAsia="彩虹粗仿宋"/>
          <w:b w:val="0"/>
          <w:sz w:val="28"/>
        </w:rPr>
        <w:t>5.1　起运地装车由____方负责，到达地卸车由____方负责；装卸费用由____方承担。</w:t>
      </w:r>
    </w:p>
    <w:p>
      <w:pPr>
        <w:spacing w:lineRule="exact" w:line="560"/>
        <w:ind w:firstLine="560"/>
      </w:pPr>
      <w:r>
        <w:rPr>
          <w:rFonts w:ascii="彩虹粗仿宋" w:hAnsi="彩虹粗仿宋" w:eastAsia="彩虹粗仿宋"/>
          <w:b w:val="0"/>
          <w:sz w:val="28"/>
        </w:rPr>
        <w:t>5.2　乙方负责装卸的，应遵守安全操作规程，因装卸不当造成货物或第三方财产、人身损害的，由乙方承担全部责任。</w:t>
      </w:r>
    </w:p>
    <w:p>
      <w:pPr>
        <w:spacing w:lineRule="exact" w:line="560"/>
        <w:ind w:firstLine="560"/>
      </w:pPr>
      <w:r>
        <w:rPr>
          <w:rFonts w:ascii="彩虹粗仿宋" w:hAnsi="彩虹粗仿宋" w:eastAsia="彩虹粗仿宋"/>
          <w:b w:val="0"/>
          <w:sz w:val="28"/>
        </w:rPr>
        <w:t>5.3　装车时双方应当场清点核对货物品名、数量、包装状况并拍照留证，照片应显示拍摄时间与货物堆码状态；装车完毕后签署运输凭证，运输凭证记载为货物交接状态的初步证据。乙方未参与清点或者拒绝签署运输凭证的，以甲方单方制作的清点记录及现场照片为准。</w:t>
      </w:r>
    </w:p>
    <w:p>
      <w:pPr>
        <w:spacing w:lineRule="exact" w:line="560"/>
        <w:ind w:firstLine="560"/>
      </w:pPr>
      <w:r>
        <w:rPr>
          <w:rFonts w:ascii="彩虹粗仿宋" w:hAnsi="彩虹粗仿宋" w:eastAsia="彩虹粗仿宋"/>
          <w:b w:val="0"/>
          <w:sz w:val="28"/>
        </w:rPr>
        <w:t>5.4　甲方或收货人负责卸车的，乙方应给予合理协助并配合清点。</w:t>
      </w:r>
    </w:p>
    <w:p>
      <w:pPr>
        <w:spacing w:lineRule="exact" w:line="560"/>
        <w:ind w:firstLine="560"/>
      </w:pPr>
      <w:r>
        <w:rPr>
          <w:rFonts w:ascii="彩虹粗仿宋" w:hAnsi="彩虹粗仿宋" w:eastAsia="彩虹粗仿宋"/>
          <w:b w:val="0"/>
          <w:sz w:val="28"/>
        </w:rPr>
        <w:t>（注：装车留证环节最易被忽视，建议在运输凭证上批注“包装完好、件数无误”等验收性表述，并由乙方驾驶员签字；该批注即为乙方对接收货物状态的初步确认，可阻断其事后以交付时已破损为由抗辩。）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运费与结算方式</w:t>
      </w:r>
    </w:p>
    <w:p>
      <w:pPr>
        <w:spacing w:lineRule="exact" w:line="560"/>
        <w:ind w:firstLine="560"/>
      </w:pPr>
      <w:r>
        <w:rPr>
          <w:rFonts w:ascii="彩虹粗仿宋" w:hAnsi="彩虹粗仿宋" w:eastAsia="彩虹粗仿宋"/>
          <w:b w:val="0"/>
          <w:sz w:val="28"/>
        </w:rPr>
        <w:t>6.1　运费标准：人民币________元／吨（或________元／车次、________元／立方米），预估运费总额人民币________元（大写：________________），最终以实际运输量据实结算。</w:t>
      </w:r>
    </w:p>
    <w:p>
      <w:pPr>
        <w:spacing w:lineRule="exact" w:line="560"/>
        <w:ind w:firstLine="560"/>
      </w:pPr>
      <w:r>
        <w:rPr>
          <w:rFonts w:ascii="彩虹粗仿宋" w:hAnsi="彩虹粗仿宋" w:eastAsia="彩虹粗仿宋"/>
          <w:b w:val="0"/>
          <w:sz w:val="28"/>
        </w:rPr>
        <w:t>6.2　运费包含：运输费、装卸配合费、保险配合费及运输途中的一切费用；过路过桥费、油费等由____方承担。</w:t>
      </w:r>
    </w:p>
    <w:p>
      <w:pPr>
        <w:spacing w:lineRule="exact" w:line="560"/>
        <w:ind w:firstLine="560"/>
      </w:pPr>
      <w:r>
        <w:rPr>
          <w:rFonts w:ascii="彩虹粗仿宋" w:hAnsi="彩虹粗仿宋" w:eastAsia="彩虹粗仿宋"/>
          <w:b w:val="0"/>
          <w:sz w:val="28"/>
        </w:rPr>
        <w:t>6.3　结算方式：□货物运达并经收货人验收合格、甲方收到乙方开具的合规发票后____日内支付　□分期支付（进度：________），并预留运费总额的____％作为质保尾款，于验收合格满____日后且无未决索赔时无息支付。付款方式：银行转账；乙方收款账户：________________。</w:t>
      </w:r>
    </w:p>
    <w:p>
      <w:pPr>
        <w:spacing w:lineRule="exact" w:line="560"/>
        <w:ind w:firstLine="560"/>
      </w:pPr>
      <w:r>
        <w:rPr>
          <w:rFonts w:ascii="彩虹粗仿宋" w:hAnsi="彩虹粗仿宋" w:eastAsia="彩虹粗仿宋"/>
          <w:b w:val="0"/>
          <w:sz w:val="28"/>
        </w:rPr>
        <w:t>6.4　乙方向甲方开具运费增值税专用发票，税率按国家规定执行；发票不合格的，甲方有权暂缓付款且不构成违约。</w:t>
      </w:r>
    </w:p>
    <w:p>
      <w:pPr>
        <w:spacing w:lineRule="exact" w:line="560"/>
        <w:ind w:firstLine="560"/>
      </w:pPr>
      <w:r>
        <w:rPr>
          <w:rFonts w:ascii="彩虹粗仿宋" w:hAnsi="彩虹粗仿宋" w:eastAsia="彩虹粗仿宋"/>
          <w:b w:val="0"/>
          <w:sz w:val="28"/>
        </w:rPr>
        <w:t>6.5　货物未运达或毁损灭失的，甲方有权相应扣减或拒付运费，并从应付款项中抵扣甲方已垫付的费用及乙方应付的赔偿。</w:t>
      </w:r>
    </w:p>
    <w:p>
      <w:pPr>
        <w:spacing w:lineRule="exact" w:line="560"/>
        <w:ind w:firstLine="560"/>
      </w:pPr>
      <w:r>
        <w:rPr>
          <w:rFonts w:ascii="彩虹粗仿宋" w:hAnsi="彩虹粗仿宋" w:eastAsia="彩虹粗仿宋"/>
          <w:b w:val="0"/>
          <w:sz w:val="28"/>
        </w:rPr>
        <w:t>（注：托运人立场应避免预付全款，宜采用“到付＋验收合格后付款＋质保尾款”结构，并将合规发票作为付款前置条件，以保留履约抗辩与索赔抵扣的空间。）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货物交接与签收</w:t>
      </w:r>
    </w:p>
    <w:p>
      <w:pPr>
        <w:spacing w:lineRule="exact" w:line="560"/>
        <w:ind w:firstLine="560"/>
      </w:pPr>
      <w:r>
        <w:rPr>
          <w:rFonts w:ascii="彩虹粗仿宋" w:hAnsi="彩虹粗仿宋" w:eastAsia="彩虹粗仿宋"/>
          <w:b w:val="0"/>
          <w:sz w:val="28"/>
        </w:rPr>
        <w:t>7.1　货物运达后，收货人为：________________；收货人应在收到货物当日验收，核对品名、规格、数量及外观状况，并在运输凭证上签署验收意见。</w:t>
      </w:r>
    </w:p>
    <w:p>
      <w:pPr>
        <w:spacing w:lineRule="exact" w:line="560"/>
        <w:ind w:firstLine="560"/>
      </w:pPr>
      <w:r>
        <w:rPr>
          <w:rFonts w:ascii="彩虹粗仿宋" w:hAnsi="彩虹粗仿宋" w:eastAsia="彩虹粗仿宋"/>
          <w:b w:val="0"/>
          <w:sz w:val="28"/>
        </w:rPr>
        <w:t>7.2　收货人对货物有异议的，应在签收时书面批注或于收货之日起____日内向乙方书面提出；逾期未提出且未批注的，视为货物表面状况完好，但不影响货物内在毁损经证明系运输原因所致时的索赔权利。</w:t>
      </w:r>
    </w:p>
    <w:p>
      <w:pPr>
        <w:spacing w:lineRule="exact" w:line="560"/>
        <w:ind w:firstLine="560"/>
      </w:pPr>
      <w:r>
        <w:rPr>
          <w:rFonts w:ascii="彩虹粗仿宋" w:hAnsi="彩虹粗仿宋" w:eastAsia="彩虹粗仿宋"/>
          <w:b w:val="0"/>
          <w:sz w:val="28"/>
        </w:rPr>
        <w:t>7.3　签收回单一式两份，作为乙方请求支付运费及双方结算的必备凭证；乙方未取得经收货人签署的签收回单的，无权请求支付该批次运费，甲方有权拒付且不构成违约，亦不计付逾期付款违约金。</w:t>
      </w:r>
    </w:p>
    <w:p>
      <w:pPr>
        <w:spacing w:lineRule="exact" w:line="560"/>
        <w:ind w:firstLine="560"/>
      </w:pPr>
      <w:r>
        <w:rPr>
          <w:rFonts w:ascii="彩虹粗仿宋" w:hAnsi="彩虹粗仿宋" w:eastAsia="彩虹粗仿宋"/>
          <w:b w:val="0"/>
          <w:sz w:val="28"/>
        </w:rPr>
        <w:t>（注：民法典第八百三十二条规定承运人对运输过程中货物毁损灭失承担赔偿责任，本条旨在规范留证程序而不减损实体权利。）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货物毁损灭失的责任与赔偿</w:t>
      </w:r>
    </w:p>
    <w:p>
      <w:pPr>
        <w:spacing w:lineRule="exact" w:line="560"/>
        <w:ind w:firstLine="560"/>
      </w:pPr>
      <w:r>
        <w:rPr>
          <w:rFonts w:ascii="彩虹粗仿宋" w:hAnsi="彩虹粗仿宋" w:eastAsia="彩虹粗仿宋"/>
          <w:b w:val="0"/>
          <w:sz w:val="28"/>
        </w:rPr>
        <w:t>8.1　自货物装车完毕至收货人签收前，货物毁损、灭失的风险由乙方承担。乙方对运输过程中货物的毁损、灭失承担赔偿责任，但乙方举证证明毁损、灭失系因不可抗力、货物本身的自然性质或者合理损耗以及甲方、收货人的过错造成的除外。</w:t>
      </w:r>
    </w:p>
    <w:p>
      <w:pPr>
        <w:spacing w:lineRule="exact" w:line="560"/>
        <w:ind w:firstLine="560"/>
      </w:pPr>
      <w:r>
        <w:rPr>
          <w:rFonts w:ascii="彩虹粗仿宋" w:hAnsi="彩虹粗仿宋" w:eastAsia="彩虹粗仿宋"/>
          <w:b w:val="0"/>
          <w:sz w:val="28"/>
        </w:rPr>
        <w:t>8.2　赔偿标准（本条为甲方核心权利条款）：本合同项下货物已声明价值且按声明价值计算的，按货物声明价值赔偿；双方选择办理保价运输的，按保价额赔偿；既未保价又未声明价值的，按货物交付或者应当交付时到达地的市场价格计算赔偿，但赔偿额不低于货物成本价加合理利润。甲方已如实申报声明价值的，乙方不得以未保价、运费比例、每件限额或者行业惯例为由主张限额赔偿。</w:t>
      </w:r>
    </w:p>
    <w:p>
      <w:pPr>
        <w:spacing w:lineRule="exact" w:line="560"/>
        <w:ind w:firstLine="560"/>
      </w:pPr>
      <w:r>
        <w:rPr>
          <w:rFonts w:ascii="彩虹粗仿宋" w:hAnsi="彩虹粗仿宋" w:eastAsia="彩虹粗仿宋"/>
          <w:b w:val="0"/>
          <w:sz w:val="28"/>
        </w:rPr>
        <w:t>8.3　乙方对下列货损不得以任何限额抗辩：（1）乙方及其驾驶员故意或者重大过失造成的损失；（2）乙方无相应运输资质或者擅自转委托造成的损失；（3）乙方擅自变更路线、抛货、捎带混装造成的损失；（4）乙方未按第三条约定配备符合专项运输要求的车辆、设备或者人员造成的损失。</w:t>
      </w:r>
    </w:p>
    <w:p>
      <w:pPr>
        <w:spacing w:lineRule="exact" w:line="560"/>
        <w:ind w:firstLine="560"/>
      </w:pPr>
      <w:r>
        <w:rPr>
          <w:rFonts w:ascii="彩虹粗仿宋" w:hAnsi="彩虹粗仿宋" w:eastAsia="彩虹粗仿宋"/>
          <w:b w:val="0"/>
          <w:sz w:val="28"/>
        </w:rPr>
        <w:t>8.4　货物部分毁损的，按毁损比例赔偿；货物毁损致其全部商业价值丧失的，按灭失处理。</w:t>
      </w:r>
    </w:p>
    <w:p>
      <w:pPr>
        <w:spacing w:lineRule="exact" w:line="560"/>
        <w:ind w:firstLine="560"/>
      </w:pPr>
      <w:r>
        <w:rPr>
          <w:rFonts w:ascii="彩虹粗仿宋" w:hAnsi="彩虹粗仿宋" w:eastAsia="彩虹粗仿宋"/>
          <w:b w:val="0"/>
          <w:sz w:val="28"/>
        </w:rPr>
        <w:t>8.5　发生货损后，乙方应在____日内先行向甲方支付赔偿款，乙方向第三方（含保险人、实际承运人）追偿的行为不影响其对甲方的赔付义务。</w:t>
      </w:r>
    </w:p>
    <w:p>
      <w:pPr>
        <w:spacing w:lineRule="exact" w:line="560"/>
        <w:ind w:firstLine="560"/>
      </w:pPr>
      <w:r>
        <w:rPr>
          <w:rFonts w:ascii="彩虹粗仿宋" w:hAnsi="彩虹粗仿宋" w:eastAsia="彩虹粗仿宋"/>
          <w:b w:val="0"/>
          <w:sz w:val="28"/>
        </w:rPr>
        <w:t>（注：《中华人民共和国民法典》第八百三十三条的法定赔偿规则允许当事人另行约定，托运人应通过“声明价值＋排除限额抗辩”双保险锁定足额赔偿，并将声明价值记载于运输凭证，避免乙方事后以未申报为由抗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托运人义务</w:t>
      </w:r>
    </w:p>
    <w:p>
      <w:pPr>
        <w:spacing w:lineRule="exact" w:line="560"/>
        <w:ind w:firstLine="560"/>
      </w:pPr>
      <w:r>
        <w:rPr>
          <w:rFonts w:ascii="彩虹粗仿宋" w:hAnsi="彩虹粗仿宋" w:eastAsia="彩虹粗仿宋"/>
          <w:b w:val="0"/>
          <w:sz w:val="28"/>
        </w:rPr>
        <w:t>9.1　甲方应如实申报货物的名称、性质、重量、数量，如实提交运输所需文件资料。</w:t>
      </w:r>
    </w:p>
    <w:p>
      <w:pPr>
        <w:spacing w:lineRule="exact" w:line="560"/>
        <w:ind w:firstLine="560"/>
      </w:pPr>
      <w:r>
        <w:rPr>
          <w:rFonts w:ascii="彩虹粗仿宋" w:hAnsi="彩虹粗仿宋" w:eastAsia="彩虹粗仿宋"/>
          <w:b w:val="0"/>
          <w:sz w:val="28"/>
        </w:rPr>
        <w:t>9.2　甲方应按约定的包装标准包装货物；因甲方包装不符合约定造成货物毁损的，由甲方承担责任，但乙方明知包装不适于运输而未提出异议的除外。</w:t>
      </w:r>
    </w:p>
    <w:p>
      <w:pPr>
        <w:spacing w:lineRule="exact" w:line="560"/>
        <w:ind w:firstLine="560"/>
      </w:pPr>
      <w:r>
        <w:rPr>
          <w:rFonts w:ascii="彩虹粗仿宋" w:hAnsi="彩虹粗仿宋" w:eastAsia="彩虹粗仿宋"/>
          <w:b w:val="0"/>
          <w:sz w:val="28"/>
        </w:rPr>
        <w:t>9.3　托运危险货物的，甲方应按国家有关危险货物运输的规定妥善包装、作出标识、提交危险品资料；甲方未依规办理的，乙方可以拒绝运输并通知甲方处理。</w:t>
      </w:r>
    </w:p>
    <w:p>
      <w:pPr>
        <w:spacing w:lineRule="exact" w:line="560"/>
        <w:ind w:firstLine="560"/>
      </w:pPr>
      <w:r>
        <w:rPr>
          <w:rFonts w:ascii="彩虹粗仿宋" w:hAnsi="彩虹粗仿宋" w:eastAsia="彩虹粗仿宋"/>
          <w:b w:val="0"/>
          <w:sz w:val="28"/>
        </w:rPr>
        <w:t>9.4　甲方应按约定提供装卸条件与单证配合，及时支付运费。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承运人权利义务</w:t>
      </w:r>
    </w:p>
    <w:p>
      <w:pPr>
        <w:spacing w:lineRule="exact" w:line="560"/>
        <w:ind w:firstLine="560"/>
      </w:pPr>
      <w:r>
        <w:rPr>
          <w:rFonts w:ascii="彩虹粗仿宋" w:hAnsi="彩虹粗仿宋" w:eastAsia="彩虹粗仿宋"/>
          <w:b w:val="0"/>
          <w:sz w:val="28"/>
        </w:rPr>
        <w:t>10.1　乙方应按照约定将货物安全、按时运送到目的地并交付收货人。</w:t>
      </w:r>
    </w:p>
    <w:p>
      <w:pPr>
        <w:spacing w:lineRule="exact" w:line="560"/>
        <w:ind w:firstLine="560"/>
      </w:pPr>
      <w:r>
        <w:rPr>
          <w:rFonts w:ascii="彩虹粗仿宋" w:hAnsi="彩虹粗仿宋" w:eastAsia="彩虹粗仿宋"/>
          <w:b w:val="0"/>
          <w:sz w:val="28"/>
        </w:rPr>
        <w:t>10.2　运输途中，乙方应妥善保管货物，防止污染、雨淋、被盗、混装、野蛮装卸；贵重货物应安排专人押运或GPS全程跟踪，并应甲方要求实时提供车辆位置信息。</w:t>
      </w:r>
    </w:p>
    <w:p>
      <w:pPr>
        <w:spacing w:lineRule="exact" w:line="560"/>
        <w:ind w:firstLine="560"/>
      </w:pPr>
      <w:r>
        <w:rPr>
          <w:rFonts w:ascii="彩虹粗仿宋" w:hAnsi="彩虹粗仿宋" w:eastAsia="彩虹粗仿宋"/>
          <w:b w:val="0"/>
          <w:sz w:val="28"/>
        </w:rPr>
        <w:t>10.3　乙方不得将运输任务转委托给未经甲方书面同意的第三方。</w:t>
      </w:r>
    </w:p>
    <w:p>
      <w:pPr>
        <w:spacing w:lineRule="exact" w:line="560"/>
        <w:ind w:firstLine="560"/>
      </w:pPr>
      <w:r>
        <w:rPr>
          <w:rFonts w:ascii="彩虹粗仿宋" w:hAnsi="彩虹粗仿宋" w:eastAsia="彩虹粗仿宋"/>
          <w:b w:val="0"/>
          <w:sz w:val="28"/>
        </w:rPr>
        <w:t>10.4　因不可抗力不能履行运输义务的，乙方应及时通知甲方，并在合理期限内提供证明；乙方迟延通知致使甲方损失扩大的，对扩大部分不能免除责任。发生不可抗力时，双方应协商变更或解除合同；货物已毁损灭失的，按第八条处理。</w:t>
      </w:r>
    </w:p>
    <w:p>
      <w:pPr>
        <w:spacing w:lineRule="exact" w:line="560"/>
        <w:ind w:firstLine="560"/>
      </w:pPr>
      <w:r>
        <w:rPr>
          <w:rFonts w:ascii="彩虹粗仿宋" w:hAnsi="彩虹粗仿宋" w:eastAsia="彩虹粗仿宋"/>
          <w:b w:val="0"/>
          <w:sz w:val="28"/>
        </w:rPr>
        <w:t>10.5　收货人不明或收货人无正当理由拒绝受领货物的，乙方应及时通知甲方并按甲方指示处理货物，由此发生的保管费用凭有效凭证由甲方承担，除此之外乙方不得留置或处置货物。</w:t>
      </w:r>
    </w:p>
    <w:p>
      <w:pPr>
        <w:spacing w:lineRule="exact" w:line="560"/>
        <w:ind w:firstLine="560"/>
      </w:pPr>
      <w:r>
        <w:rPr>
          <w:rFonts w:ascii="彩虹粗仿宋" w:hAnsi="彩虹粗仿宋" w:eastAsia="彩虹粗仿宋"/>
          <w:b w:val="0"/>
          <w:sz w:val="28"/>
        </w:rPr>
        <w:t>（注：《中华人民共和国民法典》第八百三十五条要求不可抗力免责以“及时通知＋合理期限内提供证明”为前提，本条将其细化为可操作义务，乙方未履行通知与举证义务的，不得主张免责。）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留置权的限制</w:t>
      </w:r>
    </w:p>
    <w:p>
      <w:pPr>
        <w:spacing w:lineRule="exact" w:line="560"/>
        <w:ind w:firstLine="560"/>
      </w:pPr>
      <w:r>
        <w:rPr>
          <w:rFonts w:ascii="彩虹粗仿宋" w:hAnsi="彩虹粗仿宋" w:eastAsia="彩虹粗仿宋"/>
          <w:b w:val="0"/>
          <w:sz w:val="28"/>
        </w:rPr>
        <w:t>11.1　双方确认，乙方仅在甲方到期不支付本批次货物对应的运费、保管费等已到期应付费用时，方可依《中华人民共和国民法典》第八百三十六条规定对该批次相应运输货物行使留置权；乙方不得以甲方在其他批次、其他合同项下的欠款为由留置本批次货物。</w:t>
      </w:r>
    </w:p>
    <w:p>
      <w:pPr>
        <w:spacing w:lineRule="exact" w:line="560"/>
        <w:ind w:firstLine="560"/>
      </w:pPr>
      <w:r>
        <w:rPr>
          <w:rFonts w:ascii="彩虹粗仿宋" w:hAnsi="彩虹粗仿宋" w:eastAsia="彩虹粗仿宋"/>
          <w:b w:val="0"/>
          <w:sz w:val="28"/>
        </w:rPr>
        <w:t>11.2　乙方行使留置权应事先书面通知甲方并给予不少于十五日的宽限期；留置货物的价值不得超过未付费用及实现费用之和，且应与未付费用相当；乙方不得对超出部分留置，亦不得对易腐烂变质货物留置不处理。</w:t>
      </w:r>
    </w:p>
    <w:p>
      <w:pPr>
        <w:spacing w:lineRule="exact" w:line="560"/>
        <w:ind w:firstLine="560"/>
      </w:pPr>
      <w:r>
        <w:rPr>
          <w:rFonts w:ascii="彩虹粗仿宋" w:hAnsi="彩虹粗仿宋" w:eastAsia="彩虹粗仿宋"/>
          <w:b w:val="0"/>
          <w:sz w:val="28"/>
        </w:rPr>
        <w:t>11.3　乙方违反本条滥用留置权造成甲方损失的，应承担赔偿责任，且不免除其按时交货义务。</w:t>
      </w:r>
    </w:p>
    <w:p>
      <w:pPr>
        <w:spacing w:lineRule="exact" w:line="560"/>
        <w:ind w:firstLine="560"/>
      </w:pPr>
      <w:r>
        <w:rPr>
          <w:rFonts w:ascii="彩虹粗仿宋" w:hAnsi="彩虹粗仿宋" w:eastAsia="彩虹粗仿宋"/>
          <w:b w:val="0"/>
          <w:sz w:val="28"/>
        </w:rPr>
        <w:t>（注：托运人立场应给留置权“加锁”：书面通知＋十五日宽限期＋价值相当＋限于对应批次，防止承运人以小额运费扣押整批货物或者跨批次连带扣押。）</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违约责任</w:t>
      </w:r>
    </w:p>
    <w:p>
      <w:pPr>
        <w:spacing w:lineRule="exact" w:line="560"/>
        <w:ind w:firstLine="560"/>
      </w:pPr>
      <w:r>
        <w:rPr>
          <w:rFonts w:ascii="彩虹粗仿宋" w:hAnsi="彩虹粗仿宋" w:eastAsia="彩虹粗仿宋"/>
          <w:b w:val="0"/>
          <w:sz w:val="28"/>
        </w:rPr>
        <w:t>12.1　乙方逾期起运或逾期到达的，按第四条3款支付违约金。</w:t>
      </w:r>
    </w:p>
    <w:p>
      <w:pPr>
        <w:spacing w:lineRule="exact" w:line="560"/>
        <w:ind w:firstLine="560"/>
      </w:pPr>
      <w:r>
        <w:rPr>
          <w:rFonts w:ascii="彩虹粗仿宋" w:hAnsi="彩虹粗仿宋" w:eastAsia="彩虹粗仿宋"/>
          <w:b w:val="0"/>
          <w:sz w:val="28"/>
        </w:rPr>
        <w:t>12.2　乙方擅自解除合同、拒绝运输或转委托未经甲方同意的第三方的，应向甲方支付本批运费____％的违约金；违约金不足以弥补甲方损失的，乙方还应补足差额。</w:t>
      </w:r>
    </w:p>
    <w:p>
      <w:pPr>
        <w:spacing w:lineRule="exact" w:line="560"/>
        <w:ind w:firstLine="560"/>
      </w:pPr>
      <w:r>
        <w:rPr>
          <w:rFonts w:ascii="彩虹粗仿宋" w:hAnsi="彩虹粗仿宋" w:eastAsia="彩虹粗仿宋"/>
          <w:b w:val="0"/>
          <w:sz w:val="28"/>
        </w:rPr>
        <w:t>12.3　甲方逾期支付运费的，每逾期一日按未付运费的____‰支付违约金，违约金总额不超过未付运费总额的____％；因乙方未提交合规发票、签收回单或者存在未决货损索赔致甲方付款迟延的，不计付违约金。</w:t>
      </w:r>
    </w:p>
    <w:p>
      <w:pPr>
        <w:spacing w:lineRule="exact" w:line="560"/>
        <w:ind w:firstLine="560"/>
      </w:pPr>
      <w:r>
        <w:rPr>
          <w:rFonts w:ascii="彩虹粗仿宋" w:hAnsi="彩虹粗仿宋" w:eastAsia="彩虹粗仿宋"/>
          <w:b w:val="0"/>
          <w:sz w:val="28"/>
        </w:rPr>
        <w:t>12.4　一方违约给对方造成损失的，违约金不足以弥补实际损失的部分，违约方应予赔偿，包括对方为实现债权支出的合理律师费、诉讼费、保全费等。</w:t>
      </w:r>
    </w:p>
    <w:p>
      <w:pPr>
        <w:spacing w:lineRule="exact" w:line="560"/>
        <w:ind w:firstLine="560"/>
      </w:pPr>
      <w:r>
        <w:rPr>
          <w:rFonts w:ascii="彩虹粗仿宋" w:hAnsi="彩虹粗仿宋" w:eastAsia="彩虹粗仿宋"/>
          <w:b w:val="0"/>
          <w:sz w:val="28"/>
        </w:rPr>
        <w:t>（注：约定律师费等维权成本由违约方承担，可显著降低托运人的索赔成本；本条同时保留差额赔偿请求权，避免违约金被解读为损失赔偿的上限。）</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通知与送达</w:t>
      </w:r>
    </w:p>
    <w:p>
      <w:pPr>
        <w:spacing w:lineRule="exact" w:line="560"/>
        <w:ind w:firstLine="560"/>
      </w:pPr>
      <w:r>
        <w:rPr>
          <w:rFonts w:ascii="彩虹粗仿宋" w:hAnsi="彩虹粗仿宋" w:eastAsia="彩虹粗仿宋"/>
          <w:b w:val="0"/>
          <w:sz w:val="28"/>
        </w:rPr>
        <w:t>13.1　双方确认首部所列地址、联系电话、电子送达邮箱为有效送达信息，一方变更的应在____日内书面通知对方，否则按原信息送达仍视为有效。</w:t>
      </w:r>
    </w:p>
    <w:p>
      <w:pPr>
        <w:spacing w:lineRule="exact" w:line="560"/>
        <w:ind w:firstLine="560"/>
      </w:pPr>
      <w:r>
        <w:rPr>
          <w:rFonts w:ascii="彩虹粗仿宋" w:hAnsi="彩虹粗仿宋" w:eastAsia="彩虹粗仿宋"/>
          <w:b w:val="0"/>
          <w:sz w:val="28"/>
        </w:rPr>
        <w:t>13.2　通知自专人送达签收之日、邮寄交邮后第____日、电子邮件或数据电文进入收件人指定系统之日视为送达。</w:t>
      </w:r>
    </w:p>
    <w:p>
      <w:pPr>
        <w:spacing w:lineRule="exact" w:line="560"/>
        <w:ind w:firstLine="560"/>
      </w:pPr>
      <w:r>
        <w:rPr>
          <w:rFonts w:ascii="彩虹粗仿宋" w:hAnsi="彩虹粗仿宋" w:eastAsia="彩虹粗仿宋"/>
          <w:b w:val="0"/>
          <w:sz w:val="28"/>
        </w:rPr>
        <w:t>13.3　前述送达方式同样适用于催告、解除通知及争议解决阶段相关文书的送达。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保险</w:t>
      </w:r>
    </w:p>
    <w:p>
      <w:pPr>
        <w:spacing w:lineRule="exact" w:line="560"/>
        <w:ind w:firstLine="560"/>
      </w:pPr>
      <w:r>
        <w:rPr>
          <w:rFonts w:ascii="彩虹粗仿宋" w:hAnsi="彩虹粗仿宋" w:eastAsia="彩虹粗仿宋"/>
          <w:b w:val="0"/>
          <w:sz w:val="28"/>
        </w:rPr>
        <w:t>14.1　货物运输保险由____方负责投保，投保人为____，被保险人为____，保险金额不低于货物声明价值。</w:t>
      </w:r>
    </w:p>
    <w:p>
      <w:pPr>
        <w:spacing w:lineRule="exact" w:line="560"/>
        <w:ind w:firstLine="560"/>
      </w:pPr>
      <w:r>
        <w:rPr>
          <w:rFonts w:ascii="彩虹粗仿宋" w:hAnsi="彩虹粗仿宋" w:eastAsia="彩虹粗仿宋"/>
          <w:b w:val="0"/>
          <w:sz w:val="28"/>
        </w:rPr>
        <w:t>14.2　乙方投保的，发生保险事故时应及时通知甲方并配合理赔；保险赔付不足部分，乙方仍应按第八条承担赔偿责任。</w:t>
      </w:r>
    </w:p>
    <w:p>
      <w:pPr>
        <w:spacing w:lineRule="exact" w:line="560"/>
        <w:ind w:firstLine="560"/>
      </w:pPr>
      <w:r>
        <w:rPr>
          <w:rFonts w:ascii="彩虹粗仿宋" w:hAnsi="彩虹粗仿宋" w:eastAsia="彩虹粗仿宋"/>
          <w:b w:val="0"/>
          <w:sz w:val="28"/>
        </w:rPr>
        <w:t>（注：“保险不代替赔偿”应写入合同，防止乙方以已投保为由推卸差额赔偿责任；保险赔付与承运人赔偿系两个独立请求权，甲方有权择一行使或者就差额部分另行主张。）</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保密条款</w:t>
      </w:r>
    </w:p>
    <w:p>
      <w:pPr>
        <w:spacing w:lineRule="exact" w:line="560"/>
        <w:ind w:firstLine="560"/>
      </w:pPr>
      <w:r>
        <w:rPr>
          <w:rFonts w:ascii="彩虹粗仿宋" w:hAnsi="彩虹粗仿宋" w:eastAsia="彩虹粗仿宋"/>
          <w:b w:val="0"/>
          <w:sz w:val="28"/>
        </w:rPr>
        <w:t>15.1　双方对在订立和履行本合同过程中知悉的对方商业秘密及经营信息负有保密义务，未经对方书面同意不得向第三方披露或用于本合同目的以外的用途。</w:t>
      </w:r>
    </w:p>
    <w:p>
      <w:pPr>
        <w:spacing w:lineRule="exact" w:line="560"/>
        <w:ind w:firstLine="560"/>
      </w:pPr>
      <w:r>
        <w:rPr>
          <w:rFonts w:ascii="彩虹粗仿宋" w:hAnsi="彩虹粗仿宋" w:eastAsia="彩虹粗仿宋"/>
          <w:b w:val="0"/>
          <w:sz w:val="28"/>
        </w:rPr>
        <w:t>15.2　保密义务在合同解除、终止后继续有效____年。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合同变更与解除</w:t>
      </w:r>
    </w:p>
    <w:p>
      <w:pPr>
        <w:spacing w:lineRule="exact" w:line="560"/>
        <w:ind w:firstLine="560"/>
      </w:pPr>
      <w:r>
        <w:rPr>
          <w:rFonts w:ascii="彩虹粗仿宋" w:hAnsi="彩虹粗仿宋" w:eastAsia="彩虹粗仿宋"/>
          <w:b w:val="0"/>
          <w:sz w:val="28"/>
        </w:rPr>
        <w:t>16.1　本合同的变更、补充应经双方协商一致并采用书面形式。</w:t>
      </w:r>
    </w:p>
    <w:p>
      <w:pPr>
        <w:spacing w:lineRule="exact" w:line="560"/>
        <w:ind w:firstLine="560"/>
      </w:pPr>
      <w:r>
        <w:rPr>
          <w:rFonts w:ascii="彩虹粗仿宋" w:hAnsi="彩虹粗仿宋" w:eastAsia="彩虹粗仿宋"/>
          <w:b w:val="0"/>
          <w:sz w:val="28"/>
        </w:rPr>
        <w:t>16.2　货物起运前，甲方有权书面通知解除合同，但应支付乙方已实际发生的合理费用；货物起运后，双方均不得单方任意解除，法律另有规定或本合同另有约定的除外。</w:t>
      </w:r>
    </w:p>
    <w:p>
      <w:pPr>
        <w:spacing w:lineRule="exact" w:line="560"/>
        <w:ind w:firstLine="560"/>
      </w:pPr>
      <w:r>
        <w:rPr>
          <w:rFonts w:ascii="彩虹粗仿宋" w:hAnsi="彩虹粗仿宋" w:eastAsia="彩虹粗仿宋"/>
          <w:b w:val="0"/>
          <w:sz w:val="28"/>
        </w:rPr>
        <w:t>16.3　乙方发生下列情形的，甲方有权立即书面解除合同并要求赔偿：丧失运输资质；逾期____日未起运；发生重大安全责任事故；擅自转委托。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不可抗力</w:t>
      </w:r>
    </w:p>
    <w:p>
      <w:pPr>
        <w:spacing w:lineRule="exact" w:line="560"/>
        <w:ind w:firstLine="560"/>
      </w:pPr>
      <w:r>
        <w:rPr>
          <w:rFonts w:ascii="彩虹粗仿宋" w:hAnsi="彩虹粗仿宋" w:eastAsia="彩虹粗仿宋"/>
          <w:b w:val="0"/>
          <w:sz w:val="28"/>
        </w:rPr>
        <w:t>17.1　不可抗力包括地震、台风、洪水、战争、政府行为等不能预见、不能避免且不能克服的客观情况。</w:t>
      </w:r>
    </w:p>
    <w:p>
      <w:pPr>
        <w:spacing w:lineRule="exact" w:line="560"/>
        <w:ind w:firstLine="560"/>
      </w:pPr>
      <w:r>
        <w:rPr>
          <w:rFonts w:ascii="彩虹粗仿宋" w:hAnsi="彩虹粗仿宋" w:eastAsia="彩虹粗仿宋"/>
          <w:b w:val="0"/>
          <w:sz w:val="28"/>
        </w:rPr>
        <w:t>17.2　遭遇不可抗力的一方应及时通知对方，并在合理期限内提供有效证明；因不可抗力不能履行合同的，根据不可抗力的影响，部分或全部免除责任。</w:t>
      </w:r>
    </w:p>
    <w:p>
      <w:pPr>
        <w:spacing w:lineRule="exact" w:line="560"/>
        <w:ind w:firstLine="560"/>
      </w:pPr>
      <w:r>
        <w:rPr>
          <w:rFonts w:ascii="彩虹粗仿宋" w:hAnsi="彩虹粗仿宋" w:eastAsia="彩虹粗仿宋"/>
          <w:b w:val="0"/>
          <w:sz w:val="28"/>
        </w:rPr>
        <w:t>17.3　不可抗力发生后，双方应采取措施防止损失扩大；未采取合理措施致损失扩大的，就扩大部分不得免责。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争议解决</w:t>
      </w:r>
    </w:p>
    <w:p>
      <w:pPr>
        <w:spacing w:lineRule="exact" w:line="560"/>
        <w:ind w:firstLine="560"/>
      </w:pPr>
      <w:r>
        <w:rPr>
          <w:rFonts w:ascii="彩虹粗仿宋" w:hAnsi="彩虹粗仿宋" w:eastAsia="彩虹粗仿宋"/>
          <w:b w:val="0"/>
          <w:sz w:val="28"/>
        </w:rPr>
        <w:t>18.1　本合同的订立、效力、解释、履行及争议解决，均适用中华人民共和国法律。</w:t>
      </w:r>
    </w:p>
    <w:p>
      <w:pPr>
        <w:spacing w:lineRule="exact" w:line="560"/>
        <w:ind w:firstLine="560"/>
      </w:pPr>
      <w:r>
        <w:rPr>
          <w:rFonts w:ascii="彩虹粗仿宋" w:hAnsi="彩虹粗仿宋" w:eastAsia="彩虹粗仿宋"/>
          <w:b w:val="0"/>
          <w:sz w:val="28"/>
        </w:rPr>
        <w:t>18.2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18.3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托运人异地索赔与申请执行的成本。原文本“或提交仲裁”的选择式表述已删除，仅保留诉讼一种方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其他约定</w:t>
      </w:r>
    </w:p>
    <w:p>
      <w:pPr>
        <w:spacing w:lineRule="exact" w:line="560"/>
        <w:ind w:firstLine="560"/>
      </w:pPr>
      <w:r>
        <w:rPr>
          <w:rFonts w:ascii="彩虹粗仿宋" w:hAnsi="彩虹粗仿宋" w:eastAsia="彩虹粗仿宋"/>
          <w:b w:val="0"/>
          <w:sz w:val="28"/>
        </w:rPr>
        <w:t>19.1　本合同未尽事宜，双方可另行签订补充协议，补充协议与本合同具有同等法律效力。</w:t>
      </w:r>
    </w:p>
    <w:p>
      <w:pPr>
        <w:spacing w:lineRule="exact" w:line="560"/>
        <w:ind w:firstLine="560"/>
      </w:pPr>
      <w:r>
        <w:rPr>
          <w:rFonts w:ascii="彩虹粗仿宋" w:hAnsi="彩虹粗仿宋" w:eastAsia="彩虹粗仿宋"/>
          <w:b w:val="0"/>
          <w:sz w:val="28"/>
        </w:rPr>
        <w:t>19.2　本合同附件包括：货物清单、承运人资质文件、运输凭证样式、保价声明文件。附件为本合同不可分割的组成部分。</w:t>
      </w:r>
    </w:p>
    <w:p>
      <w:pPr>
        <w:spacing w:lineRule="exact" w:line="560"/>
        <w:ind w:firstLine="560"/>
      </w:pPr>
      <w:r>
        <w:rPr>
          <w:rFonts w:ascii="彩虹粗仿宋" w:hAnsi="彩虹粗仿宋" w:eastAsia="彩虹粗仿宋"/>
          <w:b w:val="0"/>
          <w:sz w:val="28"/>
        </w:rPr>
        <w:t>19.3　本合同一式____份，甲方执____份，乙方执____份，自双方签字盖章之日起生效。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签署栏</w:t>
      </w:r>
    </w:p>
    <w:p>
      <w:pPr>
        <w:spacing w:lineRule="exact" w:line="560"/>
        <w:ind w:firstLine="560"/>
      </w:pPr>
      <w:r>
        <w:rPr>
          <w:rFonts w:ascii="彩虹粗仿宋" w:hAnsi="彩虹粗仿宋" w:eastAsia="彩虹粗仿宋"/>
          <w:b w:val="0"/>
          <w:sz w:val="28"/>
        </w:rPr>
        <w:t>甲方（托运人）：________________（盖章）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乙方（承运人）：________________（盖章）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