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货物运输合同</w:t>
      </w:r>
    </w:p>
    <w:p>
      <w:pPr>
        <w:spacing w:lineRule="exact" w:line="560"/>
        <w:jc w:val="center"/>
      </w:pPr>
      <w:r>
        <w:rPr>
          <w:rFonts w:ascii="彩虹粗仿宋" w:hAnsi="彩虹粗仿宋" w:eastAsia="彩虹粗仿宋"/>
          <w:b w:val="0"/>
          <w:sz w:val="28"/>
        </w:rPr>
        <w:t>（承运人立场示范文本）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承运人（甲方）：________________________________________________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道路运输经营许可证号：__________________________________________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托运人（乙方）：________________________________________________</w:t>
      </w:r>
    </w:p>
    <w:p>
      <w:pPr>
        <w:spacing w:lineRule="exact" w:line="560"/>
        <w:ind w:firstLine="560"/>
      </w:pPr>
      <w:r>
        <w:rPr>
          <w:rFonts w:ascii="彩虹粗仿宋" w:hAnsi="彩虹粗仿宋" w:eastAsia="彩虹粗仿宋"/>
          <w:b w:val="0"/>
          <w:sz w:val="28"/>
        </w:rPr>
        <w:t>统一社会信用代码：______________________________________________</w:t>
      </w:r>
    </w:p>
    <w:p>
      <w:pPr>
        <w:spacing w:lineRule="exact" w:line="560"/>
        <w:ind w:firstLine="560"/>
      </w:pPr>
      <w:r>
        <w:rPr>
          <w:rFonts w:ascii="彩虹粗仿宋" w:hAnsi="彩虹粗仿宋" w:eastAsia="彩虹粗仿宋"/>
          <w:b w:val="0"/>
          <w:sz w:val="28"/>
        </w:rPr>
        <w:t>法定代表人：________________　职务：________________</w:t>
      </w:r>
    </w:p>
    <w:p>
      <w:pPr>
        <w:spacing w:lineRule="exact" w:line="560"/>
        <w:ind w:firstLine="560"/>
      </w:pPr>
      <w:r>
        <w:rPr>
          <w:rFonts w:ascii="彩虹粗仿宋" w:hAnsi="彩虹粗仿宋" w:eastAsia="彩虹粗仿宋"/>
          <w:b w:val="0"/>
          <w:sz w:val="28"/>
        </w:rPr>
        <w:t>住所地：________________________________________________________</w:t>
      </w:r>
    </w:p>
    <w:p>
      <w:pPr>
        <w:spacing w:lineRule="exact" w:line="560"/>
        <w:ind w:firstLine="560"/>
      </w:pPr>
      <w:r>
        <w:rPr>
          <w:rFonts w:ascii="彩虹粗仿宋" w:hAnsi="彩虹粗仿宋" w:eastAsia="彩虹粗仿宋"/>
          <w:b w:val="0"/>
          <w:sz w:val="28"/>
        </w:rPr>
        <w:t>联系人：________________　联系电话：________________</w:t>
      </w:r>
    </w:p>
    <w:p>
      <w:pPr>
        <w:spacing w:lineRule="exact" w:line="560"/>
        <w:ind w:firstLine="560"/>
      </w:pPr>
      <w:r>
        <w:rPr>
          <w:rFonts w:ascii="彩虹粗仿宋" w:hAnsi="彩虹粗仿宋" w:eastAsia="彩虹粗仿宋"/>
          <w:b w:val="0"/>
          <w:sz w:val="28"/>
        </w:rPr>
        <w:t>电子送达邮箱：________________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根据《中华人民共和国民法典》及相关法律法规规定，甲、乙双方本着平等、自愿、诚实信用的原则，就甲方为乙方承运货物事宜，经充分协商达成如下条款，以资共同遵守。</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定义与解释</w:t>
      </w:r>
    </w:p>
    <w:p>
      <w:pPr>
        <w:spacing w:lineRule="exact" w:line="560"/>
        <w:ind w:firstLine="560"/>
      </w:pPr>
      <w:r>
        <w:rPr>
          <w:rFonts w:ascii="彩虹粗仿宋" w:hAnsi="彩虹粗仿宋" w:eastAsia="彩虹粗仿宋"/>
          <w:b w:val="0"/>
          <w:sz w:val="28"/>
        </w:rPr>
        <w:t>1.1　本合同所称“运输任务”，指本合同第二条所列货物自起运地至到达地的运输服务。</w:t>
      </w:r>
    </w:p>
    <w:p>
      <w:pPr>
        <w:spacing w:lineRule="exact" w:line="560"/>
        <w:ind w:firstLine="560"/>
      </w:pPr>
      <w:r>
        <w:rPr>
          <w:rFonts w:ascii="彩虹粗仿宋" w:hAnsi="彩虹粗仿宋" w:eastAsia="彩虹粗仿宋"/>
          <w:b w:val="0"/>
          <w:sz w:val="28"/>
        </w:rPr>
        <w:t>1.2　“运输凭证”，指运单、托运单、派车单、签收回单及其他证明运输关系与货物交接状态的书面或电子凭证；运输凭证仅证明货物件数及外表状况的表面收讫，不构成对其内在数量、质量、价值的确认。</w:t>
      </w:r>
    </w:p>
    <w:p>
      <w:pPr>
        <w:spacing w:lineRule="exact" w:line="560"/>
        <w:ind w:firstLine="560"/>
      </w:pPr>
      <w:r>
        <w:rPr>
          <w:rFonts w:ascii="彩虹粗仿宋" w:hAnsi="彩虹粗仿宋" w:eastAsia="彩虹粗仿宋"/>
          <w:b w:val="0"/>
          <w:sz w:val="28"/>
        </w:rPr>
        <w:t>1.3　“保价运输”，指托运人声明货物价值并按声明价值缴纳保价费的运输方式；未缴纳保价费的，不适用保价赔偿规则。</w:t>
      </w:r>
    </w:p>
    <w:p>
      <w:pPr>
        <w:spacing w:lineRule="exact" w:line="560"/>
        <w:ind w:firstLine="560"/>
      </w:pPr>
      <w:r>
        <w:rPr>
          <w:rFonts w:ascii="彩虹粗仿宋" w:hAnsi="彩虹粗仿宋" w:eastAsia="彩虹粗仿宋"/>
          <w:b w:val="0"/>
          <w:sz w:val="28"/>
        </w:rPr>
        <w:t>（注：“表面收讫”定义可防止签收凭证被扩张解释为承运人对货物价值与内在质量的确认，亦为第八条未保价限额赔偿的适用前提，故须在定义条款中先行固定。）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货物信息与申报</w:t>
      </w:r>
    </w:p>
    <w:p>
      <w:pPr>
        <w:spacing w:lineRule="exact" w:line="560"/>
        <w:ind w:firstLine="560"/>
      </w:pPr>
      <w:r>
        <w:rPr>
          <w:rFonts w:ascii="彩虹粗仿宋" w:hAnsi="彩虹粗仿宋" w:eastAsia="彩虹粗仿宋"/>
          <w:b w:val="0"/>
          <w:sz w:val="28"/>
        </w:rPr>
        <w:t>2.1　货物名称：________________；规格型号：________________；数量：________________；重量：________千克；体积：________立方米。</w:t>
      </w:r>
    </w:p>
    <w:p>
      <w:pPr>
        <w:spacing w:lineRule="exact" w:line="560"/>
        <w:ind w:firstLine="560"/>
      </w:pPr>
      <w:r>
        <w:rPr>
          <w:rFonts w:ascii="彩虹粗仿宋" w:hAnsi="彩虹粗仿宋" w:eastAsia="彩虹粗仿宋"/>
          <w:b w:val="0"/>
          <w:sz w:val="28"/>
        </w:rPr>
        <w:t>2.2　包装方式：________________；乙方包装的货物应适于约定方式的运输，因包装缺陷产生的损坏及由此给甲方或第三方造成的损失，由乙方承担。</w:t>
      </w:r>
    </w:p>
    <w:p>
      <w:pPr>
        <w:spacing w:lineRule="exact" w:line="560"/>
        <w:ind w:firstLine="560"/>
      </w:pPr>
      <w:r>
        <w:rPr>
          <w:rFonts w:ascii="彩虹粗仿宋" w:hAnsi="彩虹粗仿宋" w:eastAsia="彩虹粗仿宋"/>
          <w:b w:val="0"/>
          <w:sz w:val="28"/>
        </w:rPr>
        <w:t>2.3　货物性质：□普通货物　□易碎货物　□贵重货物　□冷藏货物　□其他：________。</w:t>
      </w:r>
    </w:p>
    <w:p>
      <w:pPr>
        <w:spacing w:lineRule="exact" w:line="560"/>
        <w:ind w:firstLine="560"/>
      </w:pPr>
      <w:r>
        <w:rPr>
          <w:rFonts w:ascii="彩虹粗仿宋" w:hAnsi="彩虹粗仿宋" w:eastAsia="彩虹粗仿宋"/>
          <w:b w:val="0"/>
          <w:sz w:val="28"/>
        </w:rPr>
        <w:t>2.4　乙方应如实、完整申报货物的名称、性质、重量、数量及运输要求；乙方申报不实的，甲方有权按货物实际性质重新核定运费并加收____％的申报不实附加费。乙方申报不实或遗漏重要信息的，甲方有权拒绝承运；已起运的，甲方有权中止运输并要求乙方承担由此产生的全部费用及损失。</w:t>
      </w:r>
    </w:p>
    <w:p>
      <w:pPr>
        <w:spacing w:lineRule="exact" w:line="560"/>
        <w:ind w:firstLine="560"/>
      </w:pPr>
      <w:r>
        <w:rPr>
          <w:rFonts w:ascii="彩虹粗仿宋" w:hAnsi="彩虹粗仿宋" w:eastAsia="彩虹粗仿宋"/>
          <w:b w:val="0"/>
          <w:sz w:val="28"/>
        </w:rPr>
        <w:t>2.5　危险货物特别提示：本批货物□不属于危险货物／□属于危险货物（类别：________，UN编号：________）。托运危险货物的，乙方必须按国家有关规定妥善包装、制作危险品标识、提交危险品说明书及运输许可文件，并指派押运员；否则甲方有权拒绝运输、解除合同，且由此产生的费用与损失由乙方承担。</w:t>
      </w:r>
    </w:p>
    <w:p>
      <w:pPr>
        <w:spacing w:lineRule="exact" w:line="560"/>
        <w:ind w:firstLine="560"/>
      </w:pPr>
      <w:r>
        <w:rPr>
          <w:rFonts w:ascii="彩虹粗仿宋" w:hAnsi="彩虹粗仿宋" w:eastAsia="彩虹粗仿宋"/>
          <w:b w:val="0"/>
          <w:sz w:val="28"/>
        </w:rPr>
        <w:t>（注：民法典第八百二十八条赋予承运人对违规危险品货物的拒绝运输与处置权，本条将其固化为合同权利并锁定费用承担。）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运输方式与路线</w:t>
      </w:r>
    </w:p>
    <w:p>
      <w:pPr>
        <w:spacing w:lineRule="exact" w:line="560"/>
        <w:ind w:firstLine="560"/>
      </w:pPr>
      <w:r>
        <w:rPr>
          <w:rFonts w:ascii="彩虹粗仿宋" w:hAnsi="彩虹粗仿宋" w:eastAsia="彩虹粗仿宋"/>
          <w:b w:val="0"/>
          <w:sz w:val="28"/>
        </w:rPr>
        <w:t>3.1　运输方式：□公路整车　□公路零担　□集装箱　□其他：________；车辆要求：________________。</w:t>
      </w:r>
    </w:p>
    <w:p>
      <w:pPr>
        <w:spacing w:lineRule="exact" w:line="560"/>
        <w:ind w:firstLine="560"/>
      </w:pPr>
      <w:r>
        <w:rPr>
          <w:rFonts w:ascii="彩虹粗仿宋" w:hAnsi="彩虹粗仿宋" w:eastAsia="彩虹粗仿宋"/>
          <w:b w:val="0"/>
          <w:sz w:val="28"/>
        </w:rPr>
        <w:t>3.2　运输路线：自________________经________________至________________。甲方为运输安全或因道路管制、天气等原因有权合理调整路线，不视为违约；因绕行产生的合理费用由双方另行协商，协商不成的按运费构成据实分担。</w:t>
      </w:r>
    </w:p>
    <w:p>
      <w:pPr>
        <w:spacing w:lineRule="exact" w:line="560"/>
        <w:ind w:firstLine="560"/>
      </w:pPr>
      <w:r>
        <w:rPr>
          <w:rFonts w:ascii="彩虹粗仿宋" w:hAnsi="彩虹粗仿宋" w:eastAsia="彩虹粗仿宋"/>
          <w:b w:val="0"/>
          <w:sz w:val="28"/>
        </w:rPr>
        <w:t>3.3　甲方承诺持有有效的道路运输经营许可，承运车辆具备合法营运资质，驾驶员具备相应准驾资质与从业资格。</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起运、到达地点及运输时间</w:t>
      </w:r>
    </w:p>
    <w:p>
      <w:pPr>
        <w:spacing w:lineRule="exact" w:line="560"/>
        <w:ind w:firstLine="560"/>
      </w:pPr>
      <w:r>
        <w:rPr>
          <w:rFonts w:ascii="彩虹粗仿宋" w:hAnsi="彩虹粗仿宋" w:eastAsia="彩虹粗仿宋"/>
          <w:b w:val="0"/>
          <w:sz w:val="28"/>
        </w:rPr>
        <w:t>4.1　起运地点：________________；到达地点：________________。</w:t>
      </w:r>
    </w:p>
    <w:p>
      <w:pPr>
        <w:spacing w:lineRule="exact" w:line="560"/>
        <w:ind w:firstLine="560"/>
      </w:pPr>
      <w:r>
        <w:rPr>
          <w:rFonts w:ascii="彩虹粗仿宋" w:hAnsi="彩虹粗仿宋" w:eastAsia="彩虹粗仿宋"/>
          <w:b w:val="0"/>
          <w:sz w:val="28"/>
        </w:rPr>
        <w:t>4.2　甲方应于________年____月____日____时前到达装货地点；装车完毕时间以运输凭证记载为准。</w:t>
      </w:r>
    </w:p>
    <w:p>
      <w:pPr>
        <w:spacing w:lineRule="exact" w:line="560"/>
        <w:ind w:firstLine="560"/>
      </w:pPr>
      <w:r>
        <w:rPr>
          <w:rFonts w:ascii="彩虹粗仿宋" w:hAnsi="彩虹粗仿宋" w:eastAsia="彩虹粗仿宋"/>
          <w:b w:val="0"/>
          <w:sz w:val="28"/>
        </w:rPr>
        <w:t>4.3　货物到达时间：________年____月____日____时前。因下列原因导致迟延的，甲方不承担违约责任：（1）不可抗力；（2）乙方或收货人原因造成的迟延（迟延提供单证、迟延装卸、迟延受领等）；（3）交通管制、极端天气、道路封闭等合理障碍；（4）乙方指使、强令违规运输或装卸不当所致。</w:t>
      </w:r>
    </w:p>
    <w:p>
      <w:pPr>
        <w:spacing w:lineRule="exact" w:line="560"/>
        <w:ind w:firstLine="560"/>
      </w:pPr>
      <w:r>
        <w:rPr>
          <w:rFonts w:ascii="彩虹粗仿宋" w:hAnsi="彩虹粗仿宋" w:eastAsia="彩虹粗仿宋"/>
          <w:b w:val="0"/>
          <w:sz w:val="28"/>
        </w:rPr>
        <w:t>4.4　除上述免责情形外，甲方迟延到达的，每迟延一日按迟延部分运费的____％支付违约金，违约金总额不超过本批运费的____％；因第4.3条所列免责情形致迟延的，乙方不得主张违约金，亦不得据此解除合同。</w:t>
      </w:r>
    </w:p>
    <w:p>
      <w:pPr>
        <w:spacing w:lineRule="exact" w:line="560"/>
        <w:ind w:firstLine="560"/>
      </w:pPr>
      <w:r>
        <w:rPr>
          <w:rFonts w:ascii="彩虹粗仿宋" w:hAnsi="彩虹粗仿宋" w:eastAsia="彩虹粗仿宋"/>
          <w:b w:val="0"/>
          <w:sz w:val="28"/>
        </w:rPr>
        <w:t>（注：承运人立场务必为迟延违约金设上限，并将免责情形与违约金上限绑定，避免迟延违约金与货损赔偿叠加导致风险敞口失控；乙方就迟延主张的损失，仍受第八条赔偿限额约束。）</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装卸责任与费用</w:t>
      </w:r>
    </w:p>
    <w:p>
      <w:pPr>
        <w:spacing w:lineRule="exact" w:line="560"/>
        <w:ind w:firstLine="560"/>
      </w:pPr>
      <w:r>
        <w:rPr>
          <w:rFonts w:ascii="彩虹粗仿宋" w:hAnsi="彩虹粗仿宋" w:eastAsia="彩虹粗仿宋"/>
          <w:b w:val="0"/>
          <w:sz w:val="28"/>
        </w:rPr>
        <w:t>5.1　起运地装车由____方负责，到达地卸车由____方负责；装卸费用由____方承担。</w:t>
      </w:r>
    </w:p>
    <w:p>
      <w:pPr>
        <w:spacing w:lineRule="exact" w:line="560"/>
        <w:ind w:firstLine="560"/>
      </w:pPr>
      <w:r>
        <w:rPr>
          <w:rFonts w:ascii="彩虹粗仿宋" w:hAnsi="彩虹粗仿宋" w:eastAsia="彩虹粗仿宋"/>
          <w:b w:val="0"/>
          <w:sz w:val="28"/>
        </w:rPr>
        <w:t>5.2　乙方负责装车的，应按国家及行业包装、装载标准操作；因货物性质、包装缺陷或乙方装卸指示不当造成的损失，与甲方无关。</w:t>
      </w:r>
    </w:p>
    <w:p>
      <w:pPr>
        <w:spacing w:lineRule="exact" w:line="560"/>
        <w:ind w:firstLine="560"/>
      </w:pPr>
      <w:r>
        <w:rPr>
          <w:rFonts w:ascii="彩虹粗仿宋" w:hAnsi="彩虹粗仿宋" w:eastAsia="彩虹粗仿宋"/>
          <w:b w:val="0"/>
          <w:sz w:val="28"/>
        </w:rPr>
        <w:t>5.3　乙方超载托运、隐瞒货物真实重量致使车辆超限超载的，由此产生的行政处罚、车辆损耗及第三方损害赔偿均由乙方承担。</w:t>
      </w:r>
    </w:p>
    <w:p>
      <w:pPr>
        <w:spacing w:lineRule="exact" w:line="560"/>
        <w:ind w:firstLine="560"/>
      </w:pPr>
      <w:r>
        <w:rPr>
          <w:rFonts w:ascii="彩虹粗仿宋" w:hAnsi="彩虹粗仿宋" w:eastAsia="彩虹粗仿宋"/>
          <w:b w:val="0"/>
          <w:sz w:val="28"/>
        </w:rPr>
        <w:t>5.4　到达地收货人逾期____小时未卸货受领的，甲方产生的车辆滞留费按________元／日计算，由乙方承担；因收货人怠于受领导致车辆无法周转的，甲方有权将货物运回或者提存，费用由乙方承担。</w:t>
      </w:r>
    </w:p>
    <w:p>
      <w:pPr>
        <w:spacing w:lineRule="exact" w:line="560"/>
        <w:ind w:firstLine="560"/>
      </w:pPr>
      <w:r>
        <w:rPr>
          <w:rFonts w:ascii="彩虹粗仿宋" w:hAnsi="彩虹粗仿宋" w:eastAsia="彩虹粗仿宋"/>
          <w:b w:val="0"/>
          <w:sz w:val="28"/>
        </w:rPr>
        <w:t>5.5　集装箱运输的，乙方或者其收货人未在约定免费堆存期内完成掏箱、还箱的，滞箱费按________元／箱／日计算；货物在码头、堆场或者甲方仓库产生的堆存费、仓储费按________元／日计算，均由乙方承担。前述费用自应付款之日按日累计，乙方不得以货物尚未交付或者存在质量争议为由拒付。</w:t>
      </w:r>
    </w:p>
    <w:p>
      <w:pPr>
        <w:spacing w:lineRule="exact" w:line="560"/>
        <w:ind w:firstLine="560"/>
      </w:pPr>
      <w:r>
        <w:rPr>
          <w:rFonts w:ascii="彩虹粗仿宋" w:hAnsi="彩虹粗仿宋" w:eastAsia="彩虹粗仿宋"/>
          <w:b w:val="0"/>
          <w:sz w:val="28"/>
        </w:rPr>
        <w:t>（注：“滞留费”条款是对抗收货人怠于卸货的有力工具，费率宜明确而不过高；滞箱费、堆存费与仓储费应与滞留费分列，分别对应集装箱超期使用与货物保管两类成本，便于逐项举证与结算。）</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运费与结算方式</w:t>
      </w:r>
    </w:p>
    <w:p>
      <w:pPr>
        <w:spacing w:lineRule="exact" w:line="560"/>
        <w:ind w:firstLine="560"/>
      </w:pPr>
      <w:r>
        <w:rPr>
          <w:rFonts w:ascii="彩虹粗仿宋" w:hAnsi="彩虹粗仿宋" w:eastAsia="彩虹粗仿宋"/>
          <w:b w:val="0"/>
          <w:sz w:val="28"/>
        </w:rPr>
        <w:t>6.1　运费标准：人民币________元／吨（或________元／车次、________元／立方米），预估运费总额人民币________元（大写：________________），最终按运输凭证记载的实际运输量结算。</w:t>
      </w:r>
    </w:p>
    <w:p>
      <w:pPr>
        <w:spacing w:lineRule="exact" w:line="560"/>
        <w:ind w:firstLine="560"/>
      </w:pPr>
      <w:r>
        <w:rPr>
          <w:rFonts w:ascii="彩虹粗仿宋" w:hAnsi="彩虹粗仿宋" w:eastAsia="彩虹粗仿宋"/>
          <w:b w:val="0"/>
          <w:sz w:val="28"/>
        </w:rPr>
        <w:t>6.2　运费不含税费发票税点以外的其他费用；过路过桥费由____方承担。</w:t>
      </w:r>
    </w:p>
    <w:p>
      <w:pPr>
        <w:spacing w:lineRule="exact" w:line="560"/>
        <w:ind w:firstLine="560"/>
      </w:pPr>
      <w:r>
        <w:rPr>
          <w:rFonts w:ascii="彩虹粗仿宋" w:hAnsi="彩虹粗仿宋" w:eastAsia="彩虹粗仿宋"/>
          <w:b w:val="0"/>
          <w:sz w:val="28"/>
        </w:rPr>
        <w:t>6.3　付款方式（本条为甲方核心条款）：□运费预付，乙方应于货物起运前支付运费的____％，余款于________前付清，甲方在运费全额到账后方负发运义务　□货到付款，收货人签收时付清　□到付，由收货人支付　□分期支付：________。</w:t>
      </w:r>
    </w:p>
    <w:p>
      <w:pPr>
        <w:spacing w:lineRule="exact" w:line="560"/>
        <w:ind w:firstLine="560"/>
      </w:pPr>
      <w:r>
        <w:rPr>
          <w:rFonts w:ascii="彩虹粗仿宋" w:hAnsi="彩虹粗仿宋" w:eastAsia="彩虹粗仿宋"/>
          <w:b w:val="0"/>
          <w:sz w:val="28"/>
        </w:rPr>
        <w:t>6.4　乙方未按约支付运费的，甲方有权中止运输、暂缓交付货物，由此产生的仓储保管费用及风险由乙方承担；甲方并有权按未付金额每日____‰主张资金占用损失。</w:t>
      </w:r>
    </w:p>
    <w:p>
      <w:pPr>
        <w:spacing w:lineRule="exact" w:line="560"/>
        <w:ind w:firstLine="560"/>
      </w:pPr>
      <w:r>
        <w:rPr>
          <w:rFonts w:ascii="彩虹粗仿宋" w:hAnsi="彩虹粗仿宋" w:eastAsia="彩虹粗仿宋"/>
          <w:b w:val="0"/>
          <w:sz w:val="28"/>
        </w:rPr>
        <w:t>6.5　甲方收款账户：________________；乙方的付款义务不因收货人拒付到付运费而免除，到付运费未获清偿的，视为乙方未付。乙方以收货人拒付、货物质量争议或者其与收货人之间的其他债权债务为由拒付的，不影响其向甲方付款的义务。</w:t>
      </w:r>
    </w:p>
    <w:p>
      <w:pPr>
        <w:spacing w:lineRule="exact" w:line="560"/>
        <w:ind w:firstLine="560"/>
      </w:pPr>
      <w:r>
        <w:rPr>
          <w:rFonts w:ascii="彩虹粗仿宋" w:hAnsi="彩虹粗仿宋" w:eastAsia="彩虹粗仿宋"/>
          <w:b w:val="0"/>
          <w:sz w:val="28"/>
        </w:rPr>
        <w:t>（注：“到付不免除托运人付款义务”是承运人必须写入的兜底条款，防止收货人拒付时追索落空；到付仅为付款方式的安排，不构成债务承担主体的变更，故乙方仍为运费的第一性义务人。）</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货物交接与签收</w:t>
      </w:r>
    </w:p>
    <w:p>
      <w:pPr>
        <w:spacing w:lineRule="exact" w:line="560"/>
        <w:ind w:firstLine="560"/>
      </w:pPr>
      <w:r>
        <w:rPr>
          <w:rFonts w:ascii="彩虹粗仿宋" w:hAnsi="彩虹粗仿宋" w:eastAsia="彩虹粗仿宋"/>
          <w:b w:val="0"/>
          <w:sz w:val="28"/>
        </w:rPr>
        <w:t>7.1　货物运达目的地后，甲方应通知收货人受领货物；收货人应当场核对件数并检查外包装状况。</w:t>
      </w:r>
    </w:p>
    <w:p>
      <w:pPr>
        <w:spacing w:lineRule="exact" w:line="560"/>
        <w:ind w:firstLine="560"/>
      </w:pPr>
      <w:r>
        <w:rPr>
          <w:rFonts w:ascii="彩虹粗仿宋" w:hAnsi="彩虹粗仿宋" w:eastAsia="彩虹粗仿宋"/>
          <w:b w:val="0"/>
          <w:sz w:val="28"/>
        </w:rPr>
        <w:t>7.2　收货人受领货物且未在签收时对件数、外表状况提出书面异议的，视为甲方已完成交付义务。</w:t>
      </w:r>
    </w:p>
    <w:p>
      <w:pPr>
        <w:spacing w:lineRule="exact" w:line="560"/>
        <w:ind w:firstLine="560"/>
      </w:pPr>
      <w:r>
        <w:rPr>
          <w:rFonts w:ascii="彩虹粗仿宋" w:hAnsi="彩虹粗仿宋" w:eastAsia="彩虹粗仿宋"/>
          <w:b w:val="0"/>
          <w:sz w:val="28"/>
        </w:rPr>
        <w:t>7.3　收货人无正当理由拒绝受领货物满____小时，或收货人不明、无法联系的，甲方应及时通知乙方，并按乙方书面指示处理；乙方未在____小时内作出指示的，甲方有权将货物运回或提存，由此发生的运费、保管费、提存费由乙方承担。</w:t>
      </w:r>
    </w:p>
    <w:p>
      <w:pPr>
        <w:spacing w:lineRule="exact" w:line="560"/>
        <w:ind w:firstLine="560"/>
      </w:pPr>
      <w:r>
        <w:rPr>
          <w:rFonts w:ascii="彩虹粗仿宋" w:hAnsi="彩虹粗仿宋" w:eastAsia="彩虹粗仿宋"/>
          <w:b w:val="0"/>
          <w:sz w:val="28"/>
        </w:rPr>
        <w:t>（注：民法典第八百一十六条规定收货人不明或拒绝受领时承运人可提存货物，本条将提存与运回的选择权及费用负担予以明确。）</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货物毁损灭失的责任与赔偿限额</w:t>
      </w:r>
    </w:p>
    <w:p>
      <w:pPr>
        <w:spacing w:lineRule="exact" w:line="560"/>
        <w:ind w:firstLine="560"/>
      </w:pPr>
      <w:r>
        <w:rPr>
          <w:rFonts w:ascii="彩虹粗仿宋" w:hAnsi="彩虹粗仿宋" w:eastAsia="彩虹粗仿宋"/>
          <w:b w:val="0"/>
          <w:sz w:val="28"/>
        </w:rPr>
        <w:t>8.1　甲方对运输过程中货物的毁损、灭失承担赔偿责任，但能举证证明毁损、灭失系因不可抗力、货物本身的自然性质或者合理损耗以及乙方、收货人的过错造成的除外。</w:t>
      </w:r>
    </w:p>
    <w:p>
      <w:pPr>
        <w:spacing w:lineRule="exact" w:line="560"/>
        <w:ind w:firstLine="560"/>
      </w:pPr>
      <w:r>
        <w:rPr>
          <w:rFonts w:ascii="彩虹粗仿宋" w:hAnsi="彩虹粗仿宋" w:eastAsia="彩虹粗仿宋"/>
          <w:b w:val="0"/>
          <w:sz w:val="28"/>
        </w:rPr>
        <w:t>8.2　赔偿规则（本条为甲方核心条款）：</w:t>
      </w:r>
    </w:p>
    <w:p>
      <w:pPr>
        <w:spacing w:lineRule="exact" w:line="560"/>
        <w:ind w:firstLine="560"/>
      </w:pPr>
      <w:r>
        <w:rPr>
          <w:rFonts w:ascii="彩虹粗仿宋" w:hAnsi="彩虹粗仿宋" w:eastAsia="彩虹粗仿宋"/>
          <w:b w:val="0"/>
          <w:sz w:val="28"/>
        </w:rPr>
        <w:t>（1）乙方办理保价运输并足额缴纳保价费的，按保价额赔偿；部分毁损的按毁损比例乘以保价额赔偿；</w:t>
      </w:r>
    </w:p>
    <w:p>
      <w:pPr>
        <w:spacing w:lineRule="exact" w:line="560"/>
        <w:ind w:firstLine="560"/>
      </w:pPr>
      <w:r>
        <w:rPr>
          <w:rFonts w:ascii="彩虹粗仿宋" w:hAnsi="彩虹粗仿宋" w:eastAsia="彩虹粗仿宋"/>
          <w:b w:val="0"/>
          <w:sz w:val="28"/>
        </w:rPr>
        <w:t>（2）乙方未保价的，无论货物实际价值多少，每件赔偿额最高不超过人民币________元，或每千克不超过人民币________元；甲方已尽谨慎运输义务的，以此限额为最终赔偿标准；</w:t>
      </w:r>
    </w:p>
    <w:p>
      <w:pPr>
        <w:spacing w:lineRule="exact" w:line="560"/>
        <w:ind w:firstLine="560"/>
      </w:pPr>
      <w:r>
        <w:rPr>
          <w:rFonts w:ascii="彩虹粗仿宋" w:hAnsi="彩虹粗仿宋" w:eastAsia="彩虹粗仿宋"/>
          <w:b w:val="0"/>
          <w:sz w:val="28"/>
        </w:rPr>
        <w:t>（3）既未保价又未声明价值的货物，乙方不得以事后评估的高价主张赔偿。</w:t>
      </w:r>
    </w:p>
    <w:p>
      <w:pPr>
        <w:spacing w:lineRule="exact" w:line="560"/>
        <w:ind w:firstLine="560"/>
      </w:pPr>
      <w:r>
        <w:rPr>
          <w:rFonts w:ascii="彩虹粗仿宋" w:hAnsi="彩虹粗仿宋" w:eastAsia="彩虹粗仿宋"/>
          <w:b w:val="0"/>
          <w:sz w:val="28"/>
        </w:rPr>
        <w:t>8.3　保价费率：按声明价值的____‰收取，随运费一并结算；乙方未缴保价费的，视同未保价。</w:t>
      </w:r>
    </w:p>
    <w:p>
      <w:pPr>
        <w:spacing w:lineRule="exact" w:line="560"/>
        <w:ind w:firstLine="560"/>
      </w:pPr>
      <w:r>
        <w:rPr>
          <w:rFonts w:ascii="彩虹粗仿宋" w:hAnsi="彩虹粗仿宋" w:eastAsia="彩虹粗仿宋"/>
          <w:b w:val="0"/>
          <w:sz w:val="28"/>
        </w:rPr>
        <w:t>8.4　下列损失不属于甲方的赔偿范围：货物合理损耗；货物内在瑕疵、自然变质；间接损失（停工损失、预期利润、商誉损失等）；因乙方迟延提供装卸条件、单证错误导致的损失。</w:t>
      </w:r>
    </w:p>
    <w:p>
      <w:pPr>
        <w:spacing w:lineRule="exact" w:line="560"/>
        <w:ind w:firstLine="560"/>
      </w:pPr>
      <w:r>
        <w:rPr>
          <w:rFonts w:ascii="彩虹粗仿宋" w:hAnsi="彩虹粗仿宋" w:eastAsia="彩虹粗仿宋"/>
          <w:b w:val="0"/>
          <w:sz w:val="28"/>
        </w:rPr>
        <w:t>8.5　乙方及收货人自知道或者应当知道货物毁损、灭失之日起____日内（最长不超过十五日）未向甲方提出书面异议的，视为甲方交付的货物完好，甲方不再承担赔偿责任；货物存在隐蔽瑕疵无法及时发现的，乙方应至迟于收货后十五日内书面提出，并附检验报告。</w:t>
      </w:r>
    </w:p>
    <w:p>
      <w:pPr>
        <w:spacing w:lineRule="exact" w:line="560"/>
        <w:ind w:firstLine="560"/>
      </w:pPr>
      <w:r>
        <w:rPr>
          <w:rFonts w:ascii="彩虹粗仿宋" w:hAnsi="彩虹粗仿宋" w:eastAsia="彩虹粗仿宋"/>
          <w:b w:val="0"/>
          <w:sz w:val="28"/>
        </w:rPr>
        <w:t>（注：《中华人民共和国民法典》第八百三十三条允许当事人对赔偿额另行约定，“保价足额赔、未保价限额赔”的双轨设计是承运人控制风险的标准结构；未保价限额须在合同中明确数额并在运输凭证正面提示，方足以对抗乙方的格式条款抗辩。）</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托运人义务</w:t>
      </w:r>
    </w:p>
    <w:p>
      <w:pPr>
        <w:spacing w:lineRule="exact" w:line="560"/>
        <w:ind w:firstLine="560"/>
      </w:pPr>
      <w:r>
        <w:rPr>
          <w:rFonts w:ascii="彩虹粗仿宋" w:hAnsi="彩虹粗仿宋" w:eastAsia="彩虹粗仿宋"/>
          <w:b w:val="0"/>
          <w:sz w:val="28"/>
        </w:rPr>
        <w:t>9.1　乙方应如实申报货物信息，提供运输、报关、装卸所需的全部文件资料；因资料错误、迟延造成的损失及费用由乙方承担。</w:t>
      </w:r>
    </w:p>
    <w:p>
      <w:pPr>
        <w:spacing w:lineRule="exact" w:line="560"/>
        <w:ind w:firstLine="560"/>
      </w:pPr>
      <w:r>
        <w:rPr>
          <w:rFonts w:ascii="彩虹粗仿宋" w:hAnsi="彩虹粗仿宋" w:eastAsia="彩虹粗仿宋"/>
          <w:b w:val="0"/>
          <w:sz w:val="28"/>
        </w:rPr>
        <w:t>9.2　乙方应按约定标准包装货物，确保包装在正常运输条件下足以保护货物安全。</w:t>
      </w:r>
    </w:p>
    <w:p>
      <w:pPr>
        <w:spacing w:lineRule="exact" w:line="560"/>
        <w:ind w:firstLine="560"/>
      </w:pPr>
      <w:r>
        <w:rPr>
          <w:rFonts w:ascii="彩虹粗仿宋" w:hAnsi="彩虹粗仿宋" w:eastAsia="彩虹粗仿宋"/>
          <w:b w:val="0"/>
          <w:sz w:val="28"/>
        </w:rPr>
        <w:t>9.3　托运需检疫、查验、许可的货物，乙方应事先办妥相关手续。</w:t>
      </w:r>
    </w:p>
    <w:p>
      <w:pPr>
        <w:spacing w:lineRule="exact" w:line="560"/>
        <w:ind w:firstLine="560"/>
      </w:pPr>
      <w:r>
        <w:rPr>
          <w:rFonts w:ascii="彩虹粗仿宋" w:hAnsi="彩虹粗仿宋" w:eastAsia="彩虹粗仿宋"/>
          <w:b w:val="0"/>
          <w:sz w:val="28"/>
        </w:rPr>
        <w:t>9.4　乙方应按时足额支付运费及其他应付费用。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承运人权利义务</w:t>
      </w:r>
    </w:p>
    <w:p>
      <w:pPr>
        <w:spacing w:lineRule="exact" w:line="560"/>
        <w:ind w:firstLine="560"/>
      </w:pPr>
      <w:r>
        <w:rPr>
          <w:rFonts w:ascii="彩虹粗仿宋" w:hAnsi="彩虹粗仿宋" w:eastAsia="彩虹粗仿宋"/>
          <w:b w:val="0"/>
          <w:sz w:val="28"/>
        </w:rPr>
        <w:t>10.1　甲方应按约定将货物安全运送至目的地交付收货人。</w:t>
      </w:r>
    </w:p>
    <w:p>
      <w:pPr>
        <w:spacing w:lineRule="exact" w:line="560"/>
        <w:ind w:firstLine="560"/>
      </w:pPr>
      <w:r>
        <w:rPr>
          <w:rFonts w:ascii="彩虹粗仿宋" w:hAnsi="彩虹粗仿宋" w:eastAsia="彩虹粗仿宋"/>
          <w:b w:val="0"/>
          <w:sz w:val="28"/>
        </w:rPr>
        <w:t>10.2　运输途中甲方应妥善保管、照料货物；贵重、冷藏货物按约定方式运输（□专人押运　□GPS跟踪　□全程温控）。</w:t>
      </w:r>
    </w:p>
    <w:p>
      <w:pPr>
        <w:spacing w:lineRule="exact" w:line="560"/>
        <w:ind w:firstLine="560"/>
      </w:pPr>
      <w:r>
        <w:rPr>
          <w:rFonts w:ascii="彩虹粗仿宋" w:hAnsi="彩虹粗仿宋" w:eastAsia="彩虹粗仿宋"/>
          <w:b w:val="0"/>
          <w:sz w:val="28"/>
        </w:rPr>
        <w:t>10.3　甲方有权拒绝运输不符合安全条件的货物；运输中发现货物存在危及运输安全的隐患的，甲方有权采取相应处置措施并及时通知乙方。</w:t>
      </w:r>
    </w:p>
    <w:p>
      <w:pPr>
        <w:spacing w:lineRule="exact" w:line="560"/>
        <w:ind w:firstLine="560"/>
      </w:pPr>
      <w:r>
        <w:rPr>
          <w:rFonts w:ascii="彩虹粗仿宋" w:hAnsi="彩虹粗仿宋" w:eastAsia="彩虹粗仿宋"/>
          <w:b w:val="0"/>
          <w:sz w:val="28"/>
        </w:rPr>
        <w:t>10.4　因不可抗力不能履行本合同的，甲方应及时通知乙方，并在合理期限内提供证明；甲方迟延通知致乙方损失扩大的，对扩大部分不能免责。</w:t>
      </w:r>
    </w:p>
    <w:p>
      <w:pPr>
        <w:spacing w:lineRule="exact" w:line="560"/>
        <w:ind w:firstLine="560"/>
      </w:pPr>
      <w:r>
        <w:rPr>
          <w:rFonts w:ascii="彩虹粗仿宋" w:hAnsi="彩虹粗仿宋" w:eastAsia="彩虹粗仿宋"/>
          <w:b w:val="0"/>
          <w:sz w:val="28"/>
        </w:rPr>
        <w:t>10.5　发生不可抗力致使货物毁损、灭失的，甲方不承担赔偿责任，但应将运费收取情况告知乙方并依法处理已收运费：货物灭失的，乙方有权请求返还运费；已部分履行的，按比例返还。</w:t>
      </w:r>
    </w:p>
    <w:p>
      <w:pPr>
        <w:spacing w:lineRule="exact" w:line="560"/>
        <w:ind w:firstLine="560"/>
      </w:pPr>
      <w:r>
        <w:rPr>
          <w:rFonts w:ascii="彩虹粗仿宋" w:hAnsi="彩虹粗仿宋" w:eastAsia="彩虹粗仿宋"/>
          <w:b w:val="0"/>
          <w:sz w:val="28"/>
        </w:rPr>
        <w:t>（注：《中华人民共和国民法典》第八百三十五条明确货物灭失时托运人可以请求返还运费，承运人应将“按比例返还”的规则写明以免争议，并在返还时扣减已实际发生的必要费用。）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留置权</w:t>
      </w:r>
    </w:p>
    <w:p>
      <w:pPr>
        <w:spacing w:lineRule="exact" w:line="560"/>
        <w:ind w:firstLine="560"/>
      </w:pPr>
      <w:r>
        <w:rPr>
          <w:rFonts w:ascii="彩虹粗仿宋" w:hAnsi="彩虹粗仿宋" w:eastAsia="彩虹粗仿宋"/>
          <w:b w:val="0"/>
          <w:sz w:val="28"/>
        </w:rPr>
        <w:t>11.1　乙方到期不支付运费、保管费、滞留费及其他应付费用的，甲方有权依民法典第八百三十六条规定留置相应的运输货物。</w:t>
      </w:r>
    </w:p>
    <w:p>
      <w:pPr>
        <w:spacing w:lineRule="exact" w:line="560"/>
        <w:ind w:firstLine="560"/>
      </w:pPr>
      <w:r>
        <w:rPr>
          <w:rFonts w:ascii="彩虹粗仿宋" w:hAnsi="彩虹粗仿宋" w:eastAsia="彩虹粗仿宋"/>
          <w:b w:val="0"/>
          <w:sz w:val="28"/>
        </w:rPr>
        <w:t>11.2　甲方行使留置权前应书面通知乙方并给予不少于____日的宽限期；留置财产的价值应当与未付债权及实现费用相当。乙方在宽限期内提供相应担保的，甲方应解除留置。</w:t>
      </w:r>
    </w:p>
    <w:p>
      <w:pPr>
        <w:spacing w:lineRule="exact" w:line="560"/>
        <w:ind w:firstLine="560"/>
      </w:pPr>
      <w:r>
        <w:rPr>
          <w:rFonts w:ascii="彩虹粗仿宋" w:hAnsi="彩虹粗仿宋" w:eastAsia="彩虹粗仿宋"/>
          <w:b w:val="0"/>
          <w:sz w:val="28"/>
        </w:rPr>
        <w:t>11.3　宽限期届满乙方仍未支付的，甲方有权与乙方协议以留置货物折价，或依法以拍卖、变卖留置货物所得价款优先受偿。</w:t>
      </w:r>
    </w:p>
    <w:p>
      <w:pPr>
        <w:spacing w:lineRule="exact" w:line="560"/>
        <w:ind w:firstLine="560"/>
      </w:pPr>
      <w:r>
        <w:rPr>
          <w:rFonts w:ascii="彩虹粗仿宋" w:hAnsi="彩虹粗仿宋" w:eastAsia="彩虹粗仿宋"/>
          <w:b w:val="0"/>
          <w:sz w:val="28"/>
        </w:rPr>
        <w:t>11.4　货物易腐烂变质的，甲方可径行变卖并以变价款优先受偿，不足部分继续向乙方追偿，剩余部分返还乙方。</w:t>
      </w:r>
    </w:p>
    <w:p>
      <w:pPr>
        <w:spacing w:lineRule="exact" w:line="560"/>
        <w:ind w:firstLine="560"/>
      </w:pPr>
      <w:r>
        <w:rPr>
          <w:rFonts w:ascii="彩虹粗仿宋" w:hAnsi="彩虹粗仿宋" w:eastAsia="彩虹粗仿宋"/>
          <w:b w:val="0"/>
          <w:sz w:val="28"/>
        </w:rPr>
        <w:t>11.5　留置期间，留置货物的仓储、保管、保险、搬移费用由乙方承担，货物毁损、灭失的风险亦由乙方承担；甲方仅负一般保管义务，非因甲方故意或者重大过失致留置货物损失，甲方不承担赔偿责任。</w:t>
      </w:r>
    </w:p>
    <w:p>
      <w:pPr>
        <w:spacing w:lineRule="exact" w:line="560"/>
        <w:ind w:firstLine="560"/>
      </w:pPr>
      <w:r>
        <w:rPr>
          <w:rFonts w:ascii="彩虹粗仿宋" w:hAnsi="彩虹粗仿宋" w:eastAsia="彩虹粗仿宋"/>
          <w:b w:val="0"/>
          <w:sz w:val="28"/>
        </w:rPr>
        <w:t>（注：承运人立场应完整约定留置权的行使程序与变价路径，使“运费先付”获得担保支撑；留置权行使须符合《中华人民共和国民法典》第四百五十三条至第四百五十七条的通知、宽限期与变价规则，易腐货物可依第八百三十六条但书径行变卖。）</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违约责任</w:t>
      </w:r>
    </w:p>
    <w:p>
      <w:pPr>
        <w:spacing w:lineRule="exact" w:line="560"/>
        <w:ind w:firstLine="560"/>
      </w:pPr>
      <w:r>
        <w:rPr>
          <w:rFonts w:ascii="彩虹粗仿宋" w:hAnsi="彩虹粗仿宋" w:eastAsia="彩虹粗仿宋"/>
          <w:b w:val="0"/>
          <w:sz w:val="28"/>
        </w:rPr>
        <w:t>12.1　甲方无正当理由拒绝运输或者擅自中止运输的，应向乙方支付本批运费____％的违约金，违约金总额不超过本批运费的____％；因第4.3条所列免责情形、乙方违约或者乙方指示致甲方中止运输的，甲方不承担违约责任。</w:t>
      </w:r>
    </w:p>
    <w:p>
      <w:pPr>
        <w:spacing w:lineRule="exact" w:line="560"/>
        <w:ind w:firstLine="560"/>
      </w:pPr>
      <w:r>
        <w:rPr>
          <w:rFonts w:ascii="彩虹粗仿宋" w:hAnsi="彩虹粗仿宋" w:eastAsia="彩虹粗仿宋"/>
          <w:b w:val="0"/>
          <w:sz w:val="28"/>
        </w:rPr>
        <w:t>12.2　乙方申报不实、隐瞒货物性质或违规托运危险货物的，甲方有权解除合同并要求乙方承担由此造成的全部损失及行政处罚后果。</w:t>
      </w:r>
    </w:p>
    <w:p>
      <w:pPr>
        <w:spacing w:lineRule="exact" w:line="560"/>
        <w:ind w:firstLine="560"/>
      </w:pPr>
      <w:r>
        <w:rPr>
          <w:rFonts w:ascii="彩虹粗仿宋" w:hAnsi="彩虹粗仿宋" w:eastAsia="彩虹粗仿宋"/>
          <w:b w:val="0"/>
          <w:sz w:val="28"/>
        </w:rPr>
        <w:t>12.3　乙方逾期支付运费的，按第六条4款承担资金占用损失；逾期超过____日的，甲方有权解除合同。</w:t>
      </w:r>
    </w:p>
    <w:p>
      <w:pPr>
        <w:spacing w:lineRule="exact" w:line="560"/>
        <w:ind w:firstLine="560"/>
      </w:pPr>
      <w:r>
        <w:rPr>
          <w:rFonts w:ascii="彩虹粗仿宋" w:hAnsi="彩虹粗仿宋" w:eastAsia="彩虹粗仿宋"/>
          <w:b w:val="0"/>
          <w:sz w:val="28"/>
        </w:rPr>
        <w:t>12.4　一方违约给对方造成损失的，违约金不足以弥补实际损失的部分，违约方应予赔偿；但双方另有赔偿限额约定的从其约定。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通知与送达</w:t>
      </w:r>
    </w:p>
    <w:p>
      <w:pPr>
        <w:spacing w:lineRule="exact" w:line="560"/>
        <w:ind w:firstLine="560"/>
      </w:pPr>
      <w:r>
        <w:rPr>
          <w:rFonts w:ascii="彩虹粗仿宋" w:hAnsi="彩虹粗仿宋" w:eastAsia="彩虹粗仿宋"/>
          <w:b w:val="0"/>
          <w:sz w:val="28"/>
        </w:rPr>
        <w:t>13.1　双方确认首部所列地址、联系电话、电子送达邮箱为有效送达信息，一方变更的应在____日内书面通知对方，否则按原信息送达仍视为有效。</w:t>
      </w:r>
    </w:p>
    <w:p>
      <w:pPr>
        <w:spacing w:lineRule="exact" w:line="560"/>
        <w:ind w:firstLine="560"/>
      </w:pPr>
      <w:r>
        <w:rPr>
          <w:rFonts w:ascii="彩虹粗仿宋" w:hAnsi="彩虹粗仿宋" w:eastAsia="彩虹粗仿宋"/>
          <w:b w:val="0"/>
          <w:sz w:val="28"/>
        </w:rPr>
        <w:t>13.2　通知自专人送达签收之日、邮寄交邮后第____日、电子邮件或数据电文进入收件人指定系统之日视为送达。</w:t>
      </w:r>
    </w:p>
    <w:p>
      <w:pPr>
        <w:spacing w:lineRule="exact" w:line="560"/>
        <w:ind w:firstLine="560"/>
      </w:pPr>
      <w:r>
        <w:rPr>
          <w:rFonts w:ascii="彩虹粗仿宋" w:hAnsi="彩虹粗仿宋" w:eastAsia="彩虹粗仿宋"/>
          <w:b w:val="0"/>
          <w:sz w:val="28"/>
        </w:rPr>
        <w:t>13.3　前述送达方式同样适用于催告、解除通知及争议解决阶段相关文书的送达。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保险</w:t>
      </w:r>
    </w:p>
    <w:p>
      <w:pPr>
        <w:spacing w:lineRule="exact" w:line="560"/>
        <w:ind w:firstLine="560"/>
      </w:pPr>
      <w:r>
        <w:rPr>
          <w:rFonts w:ascii="彩虹粗仿宋" w:hAnsi="彩虹粗仿宋" w:eastAsia="彩虹粗仿宋"/>
          <w:b w:val="0"/>
          <w:sz w:val="28"/>
        </w:rPr>
        <w:t>14.1　货物运输保险由____方投保：乙方投保的，保险费由乙方承担，甲方应配合提供理赔所需证明；甲方投保的，保费计入运费。</w:t>
      </w:r>
    </w:p>
    <w:p>
      <w:pPr>
        <w:spacing w:lineRule="exact" w:line="560"/>
        <w:ind w:firstLine="560"/>
      </w:pPr>
      <w:r>
        <w:rPr>
          <w:rFonts w:ascii="彩虹粗仿宋" w:hAnsi="彩虹粗仿宋" w:eastAsia="彩虹粗仿宋"/>
          <w:b w:val="0"/>
          <w:sz w:val="28"/>
        </w:rPr>
        <w:t>14.2　发生保险事故的，受益人应先行向保险人索赔；甲方在保险责任范围内应予配合，但保险拒赔部分按本合同第八条确定的责任规则处理。</w:t>
      </w:r>
    </w:p>
    <w:p>
      <w:pPr>
        <w:spacing w:lineRule="exact" w:line="560"/>
        <w:ind w:firstLine="560"/>
      </w:pPr>
      <w:r>
        <w:rPr>
          <w:rFonts w:ascii="彩虹粗仿宋" w:hAnsi="彩虹粗仿宋" w:eastAsia="彩虹粗仿宋"/>
          <w:b w:val="0"/>
          <w:sz w:val="28"/>
        </w:rPr>
        <w:t>（注：承运人宜推动托运人自行投保货运险，以切割保险利益与承运责任，避免双重追偿纠纷。）</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保密条款</w:t>
      </w:r>
    </w:p>
    <w:p>
      <w:pPr>
        <w:spacing w:lineRule="exact" w:line="560"/>
        <w:ind w:firstLine="560"/>
      </w:pPr>
      <w:r>
        <w:rPr>
          <w:rFonts w:ascii="彩虹粗仿宋" w:hAnsi="彩虹粗仿宋" w:eastAsia="彩虹粗仿宋"/>
          <w:b w:val="0"/>
          <w:sz w:val="28"/>
        </w:rPr>
        <w:t>15.1　双方对在订立和履行本合同过程中知悉的对方商业秘密及经营信息（含货源、客户、运价信息）负有保密义务，未经对方书面同意不得向第三方披露。</w:t>
      </w:r>
    </w:p>
    <w:p>
      <w:pPr>
        <w:spacing w:lineRule="exact" w:line="560"/>
        <w:ind w:firstLine="560"/>
      </w:pPr>
      <w:r>
        <w:rPr>
          <w:rFonts w:ascii="彩虹粗仿宋" w:hAnsi="彩虹粗仿宋" w:eastAsia="彩虹粗仿宋"/>
          <w:b w:val="0"/>
          <w:sz w:val="28"/>
        </w:rPr>
        <w:t>15.2　保密义务在合同解除、终止后继续有效____年。</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合同变更与解除</w:t>
      </w:r>
    </w:p>
    <w:p>
      <w:pPr>
        <w:spacing w:lineRule="exact" w:line="560"/>
        <w:ind w:firstLine="560"/>
      </w:pPr>
      <w:r>
        <w:rPr>
          <w:rFonts w:ascii="彩虹粗仿宋" w:hAnsi="彩虹粗仿宋" w:eastAsia="彩虹粗仿宋"/>
          <w:b w:val="0"/>
          <w:sz w:val="28"/>
        </w:rPr>
        <w:t>16.1　本合同的变更、补充应经双方协商一致并采用书面形式。</w:t>
      </w:r>
    </w:p>
    <w:p>
      <w:pPr>
        <w:spacing w:lineRule="exact" w:line="560"/>
        <w:ind w:firstLine="560"/>
      </w:pPr>
      <w:r>
        <w:rPr>
          <w:rFonts w:ascii="彩虹粗仿宋" w:hAnsi="彩虹粗仿宋" w:eastAsia="彩虹粗仿宋"/>
          <w:b w:val="0"/>
          <w:sz w:val="28"/>
        </w:rPr>
        <w:t>16.2　货物起运前，任何一方均可书面通知解除合同；因解除给对方造成实际损失的，提出解除的一方应赔偿对方已实际发生的必要费用损失。</w:t>
      </w:r>
    </w:p>
    <w:p>
      <w:pPr>
        <w:spacing w:lineRule="exact" w:line="560"/>
        <w:ind w:firstLine="560"/>
      </w:pPr>
      <w:r>
        <w:rPr>
          <w:rFonts w:ascii="彩虹粗仿宋" w:hAnsi="彩虹粗仿宋" w:eastAsia="彩虹粗仿宋"/>
          <w:b w:val="0"/>
          <w:sz w:val="28"/>
        </w:rPr>
        <w:t>16.3　乙方发生下列情形的，甲方有权立即解除合同且不承担违约责任：托运违禁品或违规危险品；拖欠运费超过____日；指使、强令驾驶员违规操作。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不可抗力</w:t>
      </w:r>
    </w:p>
    <w:p>
      <w:pPr>
        <w:spacing w:lineRule="exact" w:line="560"/>
        <w:ind w:firstLine="560"/>
      </w:pPr>
      <w:r>
        <w:rPr>
          <w:rFonts w:ascii="彩虹粗仿宋" w:hAnsi="彩虹粗仿宋" w:eastAsia="彩虹粗仿宋"/>
          <w:b w:val="0"/>
          <w:sz w:val="28"/>
        </w:rPr>
        <w:t>17.1　不可抗力包括地震、台风、洪水、冰雪封路、战争、政府行为、疫情防控措施等不能预见、不能避免且不能克服的客观情况。</w:t>
      </w:r>
    </w:p>
    <w:p>
      <w:pPr>
        <w:spacing w:lineRule="exact" w:line="560"/>
        <w:ind w:firstLine="560"/>
      </w:pPr>
      <w:r>
        <w:rPr>
          <w:rFonts w:ascii="彩虹粗仿宋" w:hAnsi="彩虹粗仿宋" w:eastAsia="彩虹粗仿宋"/>
          <w:b w:val="0"/>
          <w:sz w:val="28"/>
        </w:rPr>
        <w:t>17.2　遭遇不可抗力的一方应及时通知对方，并在合理期限内提供有效证明；因不可抗力不能履行合同的，根据不可抗力的影响，部分或全部免除责任。</w:t>
      </w:r>
    </w:p>
    <w:p>
      <w:pPr>
        <w:spacing w:lineRule="exact" w:line="560"/>
        <w:ind w:firstLine="560"/>
      </w:pPr>
      <w:r>
        <w:rPr>
          <w:rFonts w:ascii="彩虹粗仿宋" w:hAnsi="彩虹粗仿宋" w:eastAsia="彩虹粗仿宋"/>
          <w:b w:val="0"/>
          <w:sz w:val="28"/>
        </w:rPr>
        <w:t>17.3　不可抗力发生后，双方均应采取合理措施防止损失扩大；怠于采取措施致损失扩大的，就扩大部分不得免责。</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争议解决</w:t>
      </w:r>
    </w:p>
    <w:p>
      <w:pPr>
        <w:spacing w:lineRule="exact" w:line="560"/>
        <w:ind w:firstLine="560"/>
      </w:pPr>
      <w:r>
        <w:rPr>
          <w:rFonts w:ascii="彩虹粗仿宋" w:hAnsi="彩虹粗仿宋" w:eastAsia="彩虹粗仿宋"/>
          <w:b w:val="0"/>
          <w:sz w:val="28"/>
        </w:rPr>
        <w:t>18.1　本合同的订立、效力、解释、履行及争议解决，均适用中华人民共和国法律。</w:t>
      </w:r>
    </w:p>
    <w:p>
      <w:pPr>
        <w:spacing w:lineRule="exact" w:line="560"/>
        <w:ind w:firstLine="560"/>
      </w:pPr>
      <w:r>
        <w:rPr>
          <w:rFonts w:ascii="彩虹粗仿宋" w:hAnsi="彩虹粗仿宋" w:eastAsia="彩虹粗仿宋"/>
          <w:b w:val="0"/>
          <w:sz w:val="28"/>
        </w:rPr>
        <w:t>18.2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18.3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避免承运人赴异地应诉、举证并负担差旅成本，亦便于运费债权的就地执行。原文本“或提交仲裁”的选择式表述已删除。）</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其他约定</w:t>
      </w:r>
    </w:p>
    <w:p>
      <w:pPr>
        <w:spacing w:lineRule="exact" w:line="560"/>
        <w:ind w:firstLine="560"/>
      </w:pPr>
      <w:r>
        <w:rPr>
          <w:rFonts w:ascii="彩虹粗仿宋" w:hAnsi="彩虹粗仿宋" w:eastAsia="彩虹粗仿宋"/>
          <w:b w:val="0"/>
          <w:sz w:val="28"/>
        </w:rPr>
        <w:t>19.1　本合同未尽事宜，双方可另行签订补充协议，补充协议与本合同具有同等法律效力。</w:t>
      </w:r>
    </w:p>
    <w:p>
      <w:pPr>
        <w:spacing w:lineRule="exact" w:line="560"/>
        <w:ind w:firstLine="560"/>
      </w:pPr>
      <w:r>
        <w:rPr>
          <w:rFonts w:ascii="彩虹粗仿宋" w:hAnsi="彩虹粗仿宋" w:eastAsia="彩虹粗仿宋"/>
          <w:b w:val="0"/>
          <w:sz w:val="28"/>
        </w:rPr>
        <w:t>19.2　本合同附件包括：货物清单、乙方包装与标识说明、运输凭证样式、保价声明及费率表。附件为本合同不可分割的组成部分。</w:t>
      </w:r>
    </w:p>
    <w:p>
      <w:pPr>
        <w:spacing w:lineRule="exact" w:line="560"/>
        <w:ind w:firstLine="560"/>
      </w:pPr>
      <w:r>
        <w:rPr>
          <w:rFonts w:ascii="彩虹粗仿宋" w:hAnsi="彩虹粗仿宋" w:eastAsia="彩虹粗仿宋"/>
          <w:b w:val="0"/>
          <w:sz w:val="28"/>
        </w:rPr>
        <w:t>19.3　本合同一式____份，甲方执____份，乙方执____份，自双方签字盖章之日起生效。</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签署栏</w:t>
      </w:r>
    </w:p>
    <w:p>
      <w:pPr>
        <w:spacing w:lineRule="exact" w:line="560"/>
        <w:ind w:firstLine="560"/>
      </w:pPr>
      <w:r>
        <w:rPr>
          <w:rFonts w:ascii="彩虹粗仿宋" w:hAnsi="彩虹粗仿宋" w:eastAsia="彩虹粗仿宋"/>
          <w:b w:val="0"/>
          <w:sz w:val="28"/>
        </w:rPr>
        <w:t>甲方（承运人）：________________（盖章）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乙方（托运人）：________________（盖章）</w:t>
      </w:r>
    </w:p>
    <w:p>
      <w:pPr>
        <w:spacing w:lineRule="exact" w:line="560"/>
        <w:ind w:firstLine="560"/>
      </w:pPr>
      <w:r>
        <w:rPr>
          <w:rFonts w:ascii="彩虹粗仿宋" w:hAnsi="彩虹粗仿宋" w:eastAsia="彩虹粗仿宋"/>
          <w:b w:val="0"/>
          <w:sz w:val="28"/>
        </w:rPr>
        <w:t>法定代表人或授权代表（签字）：________________</w:t>
      </w:r>
    </w:p>
    <w:p>
      <w:pPr>
        <w:spacing w:lineRule="exact" w:line="560"/>
        <w:ind w:firstLine="560"/>
      </w:pPr>
      <w:r>
        <w:rPr>
          <w:rFonts w:ascii="彩虹粗仿宋" w:hAnsi="彩虹粗仿宋" w:eastAsia="彩虹粗仿宋"/>
          <w:b w:val="0"/>
          <w:sz w:val="28"/>
        </w:rPr>
        <w:t>签署日期：________年____月____日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