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委托合同</w:t>
      </w:r>
    </w:p>
    <w:p>
      <w:pPr>
        <w:spacing w:lineRule="exact" w:line="560"/>
        <w:jc w:val="center"/>
      </w:pPr>
      <w:r>
        <w:rPr>
          <w:rFonts w:ascii="彩虹粗仿宋" w:hAnsi="彩虹粗仿宋" w:eastAsia="彩虹粗仿宋"/>
          <w:b w:val="0"/>
          <w:sz w:val="28"/>
        </w:rPr>
        <w:t>（委托人立场示范文本）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当事人信息</w:t>
      </w:r>
    </w:p>
    <w:p>
      <w:pPr>
        <w:spacing w:lineRule="exact" w:line="560"/>
        <w:ind w:firstLine="560"/>
      </w:pPr>
      <w:r>
        <w:rPr>
          <w:rFonts w:ascii="彩虹粗仿宋" w:hAnsi="彩虹粗仿宋" w:eastAsia="彩虹粗仿宋"/>
          <w:b w:val="0"/>
          <w:sz w:val="28"/>
        </w:rPr>
        <w:t>1.1　委托人（甲方）：名称____；统一社会信用代码／身份证号____；住所____；法定代表人／负责人____；联系人及电话____；电子邮箱____。</w:t>
      </w:r>
    </w:p>
    <w:p>
      <w:pPr>
        <w:spacing w:lineRule="exact" w:line="560"/>
        <w:ind w:firstLine="560"/>
      </w:pPr>
      <w:r>
        <w:rPr>
          <w:rFonts w:ascii="彩虹粗仿宋" w:hAnsi="彩虹粗仿宋" w:eastAsia="彩虹粗仿宋"/>
          <w:b w:val="0"/>
          <w:sz w:val="28"/>
        </w:rPr>
        <w:t>1.2　受托人（乙方）：名称____；统一社会信用代码／执业许可证号____；住所____；法定代表人／负责人____；项目负责人____；联系电话____。</w:t>
      </w:r>
    </w:p>
    <w:p>
      <w:pPr>
        <w:spacing w:lineRule="exact" w:line="560"/>
        <w:ind w:firstLine="560"/>
      </w:pPr>
      <w:r>
        <w:rPr>
          <w:rFonts w:ascii="彩虹粗仿宋" w:hAnsi="彩虹粗仿宋" w:eastAsia="彩虹粗仿宋"/>
          <w:b w:val="0"/>
          <w:sz w:val="28"/>
        </w:rPr>
        <w:t>1.3　乙方保证其具备履行本合同所需的资质、许可及专业人员（资质文件见附件一）且持续有效。乙方资质被吊销、暂扣或超出执业范围的，甲方有权立即解除本合同，乙方应返还已收报酬并赔偿损失。</w:t>
      </w:r>
    </w:p>
    <w:p>
      <w:pPr>
        <w:spacing w:lineRule="exact" w:line="560"/>
        <w:ind w:firstLine="560"/>
      </w:pPr>
      <w:r>
        <w:rPr>
          <w:rFonts w:ascii="彩虹粗仿宋" w:hAnsi="彩虹粗仿宋" w:eastAsia="彩虹粗仿宋"/>
          <w:b w:val="0"/>
          <w:sz w:val="28"/>
        </w:rPr>
        <w:t>（注：委托事项涉及律师、专利代理、房地产经纪、代理记账等特许行业的，应核验执业许可并将许可证复印件作为附件，避免因资质瑕疵导致成果不可用。）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委托事项</w:t>
      </w:r>
    </w:p>
    <w:p>
      <w:pPr>
        <w:spacing w:lineRule="exact" w:line="560"/>
        <w:ind w:firstLine="560"/>
      </w:pPr>
      <w:r>
        <w:rPr>
          <w:rFonts w:ascii="彩虹粗仿宋" w:hAnsi="彩虹粗仿宋" w:eastAsia="彩虹粗仿宋"/>
          <w:b w:val="0"/>
          <w:sz w:val="28"/>
        </w:rPr>
        <w:t>2.1　甲方委托乙方办理下列事务（未选项删除）：（1）____；（2）____；（3）____。</w:t>
      </w:r>
    </w:p>
    <w:p>
      <w:pPr>
        <w:spacing w:lineRule="exact" w:line="560"/>
        <w:ind w:firstLine="560"/>
      </w:pPr>
      <w:r>
        <w:rPr>
          <w:rFonts w:ascii="彩虹粗仿宋" w:hAnsi="彩虹粗仿宋" w:eastAsia="彩虹粗仿宋"/>
          <w:b w:val="0"/>
          <w:sz w:val="28"/>
        </w:rPr>
        <w:t>2.2　委托事项的具体内容、工作标准、交付成果、完成时限及验收要求见附件二《委托事务说明书》；附件二与本合同不一致的，以本合同为准。</w:t>
      </w:r>
    </w:p>
    <w:p>
      <w:pPr>
        <w:spacing w:lineRule="exact" w:line="560"/>
        <w:ind w:firstLine="560"/>
      </w:pPr>
      <w:r>
        <w:rPr>
          <w:rFonts w:ascii="彩虹粗仿宋" w:hAnsi="彩虹粗仿宋" w:eastAsia="彩虹粗仿宋"/>
          <w:b w:val="0"/>
          <w:sz w:val="28"/>
        </w:rPr>
        <w:t>2.3　本合同为特别委托。乙方仅得在委托事项及权限范围内处理事务，不得作扩张解释，不得以“办理相关事宜”“行业惯例”“更有利于甲方”等理由扩大工作范围或处分甲方权利；确需超范围处理的，应事先取得甲方书面同意，否则该行为对甲方不发生效力，费用与责任由乙方自负。</w:t>
      </w:r>
    </w:p>
    <w:p>
      <w:pPr>
        <w:spacing w:lineRule="exact" w:line="560"/>
        <w:ind w:firstLine="560"/>
      </w:pPr>
      <w:r>
        <w:rPr>
          <w:rFonts w:ascii="彩虹粗仿宋" w:hAnsi="彩虹粗仿宋" w:eastAsia="彩虹粗仿宋"/>
          <w:b w:val="0"/>
          <w:sz w:val="28"/>
        </w:rPr>
        <w:t>（注：《民法典》第九百二十条区分特别委托与概括委托。商事委托应逐项列明事项，避免“办理一切相关事宜”式概括授权被认定为概括委托。）</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委托权限与授权文件</w:t>
      </w:r>
    </w:p>
    <w:p>
      <w:pPr>
        <w:spacing w:lineRule="exact" w:line="560"/>
        <w:ind w:firstLine="560"/>
      </w:pPr>
      <w:r>
        <w:rPr>
          <w:rFonts w:ascii="彩虹粗仿宋" w:hAnsi="彩虹粗仿宋" w:eastAsia="彩虹粗仿宋"/>
          <w:b w:val="0"/>
          <w:sz w:val="28"/>
        </w:rPr>
        <w:t>3.1　甲方授予的权限为下列第【　】种，勾选特别授权的，应逐项列明具体权限，未列明者视为未授权：（1）一般代理；（2）特别授权，权限限于代为____、____、代为签收法律文书。</w:t>
      </w:r>
    </w:p>
    <w:p>
      <w:pPr>
        <w:spacing w:lineRule="exact" w:line="560"/>
        <w:ind w:firstLine="560"/>
      </w:pPr>
      <w:r>
        <w:rPr>
          <w:rFonts w:ascii="彩虹粗仿宋" w:hAnsi="彩虹粗仿宋" w:eastAsia="彩虹粗仿宋"/>
          <w:b w:val="0"/>
          <w:sz w:val="28"/>
        </w:rPr>
        <w:t>3.2　特别授权不含处分甲方实体权利。放弃或变更请求、承认对方主张、代为和解、代为调解、代为上诉、代为收款、代为领取财物，须由甲方另行出具专项书面授权，专项授权应载明事项、金额上限及有效期。乙方不得代收现金，不得以自己名义为甲方开立账户，不得以任何方式留置甲方款项或成果抵作报酬，亦不得将授权转授他人。</w:t>
      </w:r>
    </w:p>
    <w:p>
      <w:pPr>
        <w:spacing w:lineRule="exact" w:line="560"/>
        <w:ind w:firstLine="560"/>
      </w:pPr>
      <w:r>
        <w:rPr>
          <w:rFonts w:ascii="彩虹粗仿宋" w:hAnsi="彩虹粗仿宋" w:eastAsia="彩虹粗仿宋"/>
          <w:b w:val="0"/>
          <w:sz w:val="28"/>
        </w:rPr>
        <w:t>3.3　乙方应以甲方名义实施法律行为并签署文件，不得以自身名义处分甲方权利，不得转授权或另行出具授权文件。委托事务完成、合同解除或期限届满，乙方应于____日内返还《授权委托书》原件（附件三）及未使用的空白授权文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委托期限</w:t>
      </w:r>
    </w:p>
    <w:p>
      <w:pPr>
        <w:spacing w:lineRule="exact" w:line="560"/>
        <w:ind w:firstLine="560"/>
      </w:pPr>
      <w:r>
        <w:rPr>
          <w:rFonts w:ascii="彩虹粗仿宋" w:hAnsi="彩虹粗仿宋" w:eastAsia="彩虹粗仿宋"/>
          <w:b w:val="0"/>
          <w:sz w:val="28"/>
        </w:rPr>
        <w:t>4.1　委托期限自____年__月__日起至____年__月__日止；或至委托事务完成之日止。</w:t>
      </w:r>
    </w:p>
    <w:p>
      <w:pPr>
        <w:spacing w:lineRule="exact" w:line="560"/>
        <w:ind w:firstLine="560"/>
      </w:pPr>
      <w:r>
        <w:rPr>
          <w:rFonts w:ascii="彩虹粗仿宋" w:hAnsi="彩虹粗仿宋" w:eastAsia="彩虹粗仿宋"/>
          <w:b w:val="0"/>
          <w:sz w:val="28"/>
        </w:rPr>
        <w:t>4.2　期限届满未完成的，应另行书面确认延期；未确认而甲方继续接受服务的，视为按原条件顺延____日，甲方可随时终止且仅按已确认工作量付费。</w:t>
      </w:r>
    </w:p>
    <w:p>
      <w:pPr>
        <w:spacing w:lineRule="exact" w:line="560"/>
        <w:ind w:firstLine="560"/>
      </w:pPr>
      <w:r>
        <w:rPr>
          <w:rFonts w:ascii="彩虹粗仿宋" w:hAnsi="彩虹粗仿宋" w:eastAsia="彩虹粗仿宋"/>
          <w:b w:val="0"/>
          <w:sz w:val="28"/>
        </w:rPr>
        <w:t>4.3　委托事务完成的标准为____。仅完成部分事项的不视为完成，双方另有书面约定的除外。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报酬</w:t>
      </w:r>
    </w:p>
    <w:p>
      <w:pPr>
        <w:spacing w:lineRule="exact" w:line="560"/>
        <w:ind w:firstLine="560"/>
      </w:pPr>
      <w:r>
        <w:rPr>
          <w:rFonts w:ascii="彩虹粗仿宋" w:hAnsi="彩虹粗仿宋" w:eastAsia="彩虹粗仿宋"/>
          <w:b w:val="0"/>
          <w:sz w:val="28"/>
        </w:rPr>
        <w:t>5.1　报酬按下列第【　】种计算：（1）固定报酬人民币____元；（2）每小时人民币____元，预计工时____小时，超出须经甲方书面确认；（3）按____金额的____%计取。</w:t>
      </w:r>
    </w:p>
    <w:p>
      <w:pPr>
        <w:spacing w:lineRule="exact" w:line="560"/>
        <w:ind w:firstLine="560"/>
      </w:pPr>
      <w:r>
        <w:rPr>
          <w:rFonts w:ascii="彩虹粗仿宋" w:hAnsi="彩虹粗仿宋" w:eastAsia="彩虹粗仿宋"/>
          <w:b w:val="0"/>
          <w:sz w:val="28"/>
        </w:rPr>
        <w:t>5.2　支付节点：（1）本合同生效后____日内支付____%，即人民币________元；（2）交付阶段性成果并经甲方书面确认后____日内支付____%；（3）事务全部完成并经甲方书面验收合格后____日内支付余款。各期付款均以甲方书面确认为前提，甲方未确认的，付款条件未成就。</w:t>
      </w:r>
    </w:p>
    <w:p>
      <w:pPr>
        <w:spacing w:lineRule="exact" w:line="560"/>
        <w:ind w:firstLine="560"/>
      </w:pPr>
      <w:r>
        <w:rPr>
          <w:rFonts w:ascii="彩虹粗仿宋" w:hAnsi="彩虹粗仿宋" w:eastAsia="彩虹粗仿宋"/>
          <w:b w:val="0"/>
          <w:sz w:val="28"/>
        </w:rPr>
        <w:t>5.3　各期报酬均以甲方书面确认为支付前提，甲方未确认的，乙方不得主张该期报酬到期，亦不得据此中止办理、拒绝交付或留置成果。乙方收款账户：户名____；开户行____；账号____。乙方不得要求甲方向任何第三方账户付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报酬的扣减与调整</w:t>
      </w:r>
    </w:p>
    <w:p>
      <w:pPr>
        <w:spacing w:lineRule="exact" w:line="560"/>
        <w:ind w:firstLine="560"/>
      </w:pPr>
      <w:r>
        <w:rPr>
          <w:rFonts w:ascii="彩虹粗仿宋" w:hAnsi="彩虹粗仿宋" w:eastAsia="彩虹粗仿宋"/>
          <w:b w:val="0"/>
          <w:sz w:val="28"/>
        </w:rPr>
        <w:t>6.1　成果不符合附件二标准，经甲方书面提出后____日内未改正的，甲方有权按不合格部分对应报酬的比例扣减；扣减比例按不合格事项占委托事项总数的比例确定，无法区分的按报酬总额的____%扣减。扣减后仍不能实现合同目的的，甲方有权解除本合同并要求返还已付报酬。</w:t>
      </w:r>
    </w:p>
    <w:p>
      <w:pPr>
        <w:spacing w:lineRule="exact" w:line="560"/>
        <w:ind w:firstLine="560"/>
      </w:pPr>
      <w:r>
        <w:rPr>
          <w:rFonts w:ascii="彩虹粗仿宋" w:hAnsi="彩虹粗仿宋" w:eastAsia="彩虹粗仿宋"/>
          <w:b w:val="0"/>
          <w:sz w:val="28"/>
        </w:rPr>
        <w:t>6.2　因乙方原因逾期完成的，每逾期一日按报酬总额的____‰扣减，累计不超过____%；因甲方原因缩减事项的，报酬按实际工作量调减。</w:t>
      </w:r>
    </w:p>
    <w:p>
      <w:pPr>
        <w:spacing w:lineRule="exact" w:line="560"/>
        <w:ind w:firstLine="560"/>
      </w:pPr>
      <w:r>
        <w:rPr>
          <w:rFonts w:ascii="彩虹粗仿宋" w:hAnsi="彩虹粗仿宋" w:eastAsia="彩虹粗仿宋"/>
          <w:b w:val="0"/>
          <w:sz w:val="28"/>
        </w:rPr>
        <w:t>6.3　除本合同明确约定外，乙方不得以工作量增加、难度加大、期限紧迫为由要求追加报酬。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费用与垫付</w:t>
      </w:r>
    </w:p>
    <w:p>
      <w:pPr>
        <w:spacing w:lineRule="exact" w:line="560"/>
        <w:ind w:firstLine="560"/>
      </w:pPr>
      <w:r>
        <w:rPr>
          <w:rFonts w:ascii="彩虹粗仿宋" w:hAnsi="彩虹粗仿宋" w:eastAsia="彩虹粗仿宋"/>
          <w:b w:val="0"/>
          <w:sz w:val="28"/>
        </w:rPr>
        <w:t>7.1　办理事务必需的费用（差旅、公证、鉴定、诉讼、查档、公告等）由甲方承担，但乙方垫付前须取得甲方书面同意，并事先提交费用预算；未经同意的垫付，视为乙方自愿承担，甲方有权不予偿还。乙方不得以已垫付为由中止办理或留置成果。</w:t>
      </w:r>
    </w:p>
    <w:p>
      <w:pPr>
        <w:spacing w:lineRule="exact" w:line="560"/>
        <w:ind w:firstLine="560"/>
      </w:pPr>
      <w:r>
        <w:rPr>
          <w:rFonts w:ascii="彩虹粗仿宋" w:hAnsi="彩虹粗仿宋" w:eastAsia="彩虹粗仿宋"/>
          <w:b w:val="0"/>
          <w:sz w:val="28"/>
        </w:rPr>
        <w:t>7.2　乙方应于垫付后____日内提交有效凭证及明细，甲方审核无误后____日内支付；无票据、票据不合规或与事务无关的费用不予支付。</w:t>
      </w:r>
    </w:p>
    <w:p>
      <w:pPr>
        <w:spacing w:lineRule="exact" w:line="560"/>
        <w:ind w:firstLine="560"/>
      </w:pPr>
      <w:r>
        <w:rPr>
          <w:rFonts w:ascii="彩虹粗仿宋" w:hAnsi="彩虹粗仿宋" w:eastAsia="彩虹粗仿宋"/>
          <w:b w:val="0"/>
          <w:sz w:val="28"/>
        </w:rPr>
        <w:t>7.3　报酬已包含乙方办公、人工、通讯、资料、协调等全部运营成本，乙方不得另收管理费、资料费、协调费、加急费、差旅补贴或其他任何未在本合同及附件二中书面列明的费用。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报告义务</w:t>
      </w:r>
    </w:p>
    <w:p>
      <w:pPr>
        <w:spacing w:lineRule="exact" w:line="560"/>
        <w:ind w:firstLine="560"/>
      </w:pPr>
      <w:r>
        <w:rPr>
          <w:rFonts w:ascii="彩虹粗仿宋" w:hAnsi="彩虹粗仿宋" w:eastAsia="彩虹粗仿宋"/>
          <w:b w:val="0"/>
          <w:sz w:val="28"/>
        </w:rPr>
        <w:t>8.1　乙方应自本合同生效之日起每____日（不超过七日）向甲方提交书面进展报告，载明已完成工作、办理过程证据、下一步安排、存在障碍及需甲方配合事项；委托事项进入关键节点（提交申请、开庭、谈判、交割）前，应提前____日书面报告方案，经甲方书面确认后方可实施。</w:t>
      </w:r>
    </w:p>
    <w:p>
      <w:pPr>
        <w:spacing w:lineRule="exact" w:line="560"/>
        <w:ind w:firstLine="560"/>
      </w:pPr>
      <w:r>
        <w:rPr>
          <w:rFonts w:ascii="彩虹粗仿宋" w:hAnsi="彩虹粗仿宋" w:eastAsia="彩虹粗仿宋"/>
          <w:b w:val="0"/>
          <w:sz w:val="28"/>
        </w:rPr>
        <w:t>8.2　出现重大障碍、第三方异议、诉讼仲裁、可能逾期、利益冲突等情形，乙方应在____小时内书面报告。甲方有权随时要求说明情况，乙方应在____个工作日内书面答复。乙方未履行报告义务或未取得书面确认即实施关键行为的，甲方有权不予认可该行为后果，由此产生的费用与责任由乙方承担；致甲方损失的，应予赔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亲自处理义务</w:t>
      </w:r>
    </w:p>
    <w:p>
      <w:pPr>
        <w:spacing w:lineRule="exact" w:line="560"/>
        <w:ind w:firstLine="560"/>
      </w:pPr>
      <w:r>
        <w:rPr>
          <w:rFonts w:ascii="彩虹粗仿宋" w:hAnsi="彩虹粗仿宋" w:eastAsia="彩虹粗仿宋"/>
          <w:b w:val="0"/>
          <w:sz w:val="28"/>
        </w:rPr>
        <w:t>9.1　乙方应亲自处理委托事务，委派____（姓名、职务、执业证号）为项目负责人，未经甲方书面同意不得更换。</w:t>
      </w:r>
    </w:p>
    <w:p>
      <w:pPr>
        <w:spacing w:lineRule="exact" w:line="560"/>
        <w:ind w:firstLine="560"/>
      </w:pPr>
      <w:r>
        <w:rPr>
          <w:rFonts w:ascii="彩虹粗仿宋" w:hAnsi="彩虹粗仿宋" w:eastAsia="彩虹粗仿宋"/>
          <w:b w:val="0"/>
          <w:sz w:val="28"/>
        </w:rPr>
        <w:t>9.2　辅助人员仅可协助事务性工作，不得对外独立作出意思表示。项目负责人因离职、疾病等不能继续履行的，乙方应在____日内提供同等资历人员并经甲方书面认可；甲方不认可的，有权解除合同并要求返还已付未履行部分报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转委托</w:t>
      </w:r>
    </w:p>
    <w:p>
      <w:pPr>
        <w:spacing w:lineRule="exact" w:line="560"/>
        <w:ind w:firstLine="560"/>
      </w:pPr>
      <w:r>
        <w:rPr>
          <w:rFonts w:ascii="彩虹粗仿宋" w:hAnsi="彩虹粗仿宋" w:eastAsia="彩虹粗仿宋"/>
          <w:b w:val="0"/>
          <w:sz w:val="28"/>
        </w:rPr>
        <w:t>10.1　未经甲方书面同意，乙方不得将委托事务全部或部分转委托第三人，亦不得以联营、合作、分包、顾问等名义变相转委托。</w:t>
      </w:r>
    </w:p>
    <w:p>
      <w:pPr>
        <w:spacing w:lineRule="exact" w:line="560"/>
        <w:ind w:firstLine="560"/>
      </w:pPr>
      <w:r>
        <w:rPr>
          <w:rFonts w:ascii="彩虹粗仿宋" w:hAnsi="彩虹粗仿宋" w:eastAsia="彩虹粗仿宋"/>
          <w:b w:val="0"/>
          <w:sz w:val="28"/>
        </w:rPr>
        <w:t>10.2　经同意转委托的，乙方就第三人的选任及指示承担责任，因第三人行为致甲方损失的，乙方与第三人承担连带责任。情况紧急先行转委托的，应在____小时内报告；甲方不同意的，费用由乙方自负并对第三人行为负全责。</w:t>
      </w:r>
    </w:p>
    <w:p>
      <w:pPr>
        <w:spacing w:lineRule="exact" w:line="560"/>
        <w:ind w:firstLine="560"/>
      </w:pPr>
      <w:r>
        <w:rPr>
          <w:rFonts w:ascii="彩虹粗仿宋" w:hAnsi="彩虹粗仿宋" w:eastAsia="彩虹粗仿宋"/>
          <w:b w:val="0"/>
          <w:sz w:val="28"/>
        </w:rPr>
        <w:t>（注：《民法典》第九百二十三条规定，转委托经同意的，受托人仅就选任及指示承担责任；未经同意的，受托人对第三人行为负责。委托人立场宜直接约定连带责任并禁止变相转委托。）</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利益冲突与自我交易禁止</w:t>
      </w:r>
    </w:p>
    <w:p>
      <w:pPr>
        <w:spacing w:lineRule="exact" w:line="560"/>
        <w:ind w:firstLine="560"/>
      </w:pPr>
      <w:r>
        <w:rPr>
          <w:rFonts w:ascii="彩虹粗仿宋" w:hAnsi="彩虹粗仿宋" w:eastAsia="彩虹粗仿宋"/>
          <w:b w:val="0"/>
          <w:sz w:val="28"/>
        </w:rPr>
        <w:t>11.1　乙方及其关联方不得在与甲方存在利益冲突的事务中同时为对方当事人提供服务，不得利用受托人身份为自己或关联方谋取利益。</w:t>
      </w:r>
    </w:p>
    <w:p>
      <w:pPr>
        <w:spacing w:lineRule="exact" w:line="560"/>
        <w:ind w:firstLine="560"/>
      </w:pPr>
      <w:r>
        <w:rPr>
          <w:rFonts w:ascii="彩虹粗仿宋" w:hAnsi="彩虹粗仿宋" w:eastAsia="彩虹粗仿宋"/>
          <w:b w:val="0"/>
          <w:sz w:val="28"/>
        </w:rPr>
        <w:t>11.2　未经甲方书面同意，乙方不得就委托事务涉及的标的与甲方自我交易，不得受让相关财产或权利，不得收受回扣、佣金、礼品或其他利益；因办理事务取得的利益均归甲方。</w:t>
      </w:r>
    </w:p>
    <w:p>
      <w:pPr>
        <w:spacing w:lineRule="exact" w:line="560"/>
        <w:ind w:firstLine="560"/>
      </w:pPr>
      <w:r>
        <w:rPr>
          <w:rFonts w:ascii="彩虹粗仿宋" w:hAnsi="彩虹粗仿宋" w:eastAsia="彩虹粗仿宋"/>
          <w:b w:val="0"/>
          <w:sz w:val="28"/>
        </w:rPr>
        <w:t>11.3　乙方违反本条的，甲方有权解除合同、拒付全部报酬、要求返还所收利益并赔偿损失，同时按报酬总额的____%支付违约金。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委托人指示及变更</w:t>
      </w:r>
    </w:p>
    <w:p>
      <w:pPr>
        <w:spacing w:lineRule="exact" w:line="560"/>
        <w:ind w:firstLine="560"/>
      </w:pPr>
      <w:r>
        <w:rPr>
          <w:rFonts w:ascii="彩虹粗仿宋" w:hAnsi="彩虹粗仿宋" w:eastAsia="彩虹粗仿宋"/>
          <w:b w:val="0"/>
          <w:sz w:val="28"/>
        </w:rPr>
        <w:t>12.1　甲方有权就委托事务作出指示，乙方应按指示办理。乙方认为指示不当的，应在____日内书面说明理由并提出替代方案，但在甲方书面变更前不得擅自停止办理。</w:t>
      </w:r>
    </w:p>
    <w:p>
      <w:pPr>
        <w:spacing w:lineRule="exact" w:line="560"/>
        <w:ind w:firstLine="560"/>
      </w:pPr>
      <w:r>
        <w:rPr>
          <w:rFonts w:ascii="彩虹粗仿宋" w:hAnsi="彩虹粗仿宋" w:eastAsia="彩虹粗仿宋"/>
          <w:b w:val="0"/>
          <w:sz w:val="28"/>
        </w:rPr>
        <w:t>12.2　甲方变更指示应书面通知。因变更增加合理工作量或费用的，双方书面确认调整；因变更减少工作量的，报酬相应调减。</w:t>
      </w:r>
    </w:p>
    <w:p>
      <w:pPr>
        <w:spacing w:lineRule="exact" w:line="560"/>
        <w:ind w:firstLine="560"/>
      </w:pPr>
      <w:r>
        <w:rPr>
          <w:rFonts w:ascii="彩虹粗仿宋" w:hAnsi="彩虹粗仿宋" w:eastAsia="彩虹粗仿宋"/>
          <w:b w:val="0"/>
          <w:sz w:val="28"/>
        </w:rPr>
        <w:t>12.3　乙方不得擅自变更指示，不得以行业惯例或“更有利于甲方”为由偏离指示；紧急情况下的合理处置应在____小时内报告。甲方指示违法的，乙方应拒绝执行并书面说明，甲方坚持的，乙方有权解除合同且不承担违约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成果交付与验收</w:t>
      </w:r>
    </w:p>
    <w:p>
      <w:pPr>
        <w:spacing w:lineRule="exact" w:line="560"/>
        <w:ind w:firstLine="560"/>
      </w:pPr>
      <w:r>
        <w:rPr>
          <w:rFonts w:ascii="彩虹粗仿宋" w:hAnsi="彩虹粗仿宋" w:eastAsia="彩虹粗仿宋"/>
          <w:b w:val="0"/>
          <w:sz w:val="28"/>
        </w:rPr>
        <w:t>13.1　乙方应按附件二约定的形式、份数交付成果，并同时交付支撑文件、办理过程记录及第三方文件原件。</w:t>
      </w:r>
    </w:p>
    <w:p>
      <w:pPr>
        <w:spacing w:lineRule="exact" w:line="560"/>
        <w:ind w:firstLine="560"/>
      </w:pPr>
      <w:r>
        <w:rPr>
          <w:rFonts w:ascii="彩虹粗仿宋" w:hAnsi="彩虹粗仿宋" w:eastAsia="彩虹粗仿宋"/>
          <w:b w:val="0"/>
          <w:sz w:val="28"/>
        </w:rPr>
        <w:t>13.2　甲方应在收到成果后____个工作日内验收，标准为：符合法律、行政法规及主管部门要求；满足附件二列明的实质要求；无遗漏且证据链完整。甲方逾期未验收的，不视为验收合格，乙方应书面催告；经催告后____个工作日内甲方仍未验收且未提出异议的，视为验收合格，但隐蔽瑕疵及成果真实性、合法性问题不受此限。</w:t>
      </w:r>
    </w:p>
    <w:p>
      <w:pPr>
        <w:spacing w:lineRule="exact" w:line="560"/>
        <w:ind w:firstLine="560"/>
      </w:pPr>
      <w:r>
        <w:rPr>
          <w:rFonts w:ascii="彩虹粗仿宋" w:hAnsi="彩虹粗仿宋" w:eastAsia="彩虹粗仿宋"/>
          <w:b w:val="0"/>
          <w:sz w:val="28"/>
        </w:rPr>
        <w:t>13.3　验收不合格的，乙方应在____日内无偿修改；修改后仍不合格的，甲方有权另行委托第三方完成，费用由乙方承担或从应付报酬中扣除。验收合格不免除乙方对成果真实性、合法性及隐蔽瑕疵的责任。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财产与孳息归属</w:t>
      </w:r>
    </w:p>
    <w:p>
      <w:pPr>
        <w:spacing w:lineRule="exact" w:line="560"/>
        <w:ind w:firstLine="560"/>
      </w:pPr>
      <w:r>
        <w:rPr>
          <w:rFonts w:ascii="彩虹粗仿宋" w:hAnsi="彩虹粗仿宋" w:eastAsia="彩虹粗仿宋"/>
          <w:b w:val="0"/>
          <w:sz w:val="28"/>
        </w:rPr>
        <w:t>14.1　乙方因处理委托事务取得的财产、款项、权益及孳息均归甲方，应于收到后____日内转交，不得截留、抵扣或留置；甲方欠付到期报酬且经催告____日仍未支付的除外。</w:t>
      </w:r>
    </w:p>
    <w:p>
      <w:pPr>
        <w:spacing w:lineRule="exact" w:line="560"/>
        <w:ind w:firstLine="560"/>
      </w:pPr>
      <w:r>
        <w:rPr>
          <w:rFonts w:ascii="彩虹粗仿宋" w:hAnsi="彩虹粗仿宋" w:eastAsia="彩虹粗仿宋"/>
          <w:b w:val="0"/>
          <w:sz w:val="28"/>
        </w:rPr>
        <w:t>14.2　乙方以自己名义为甲方取得权利的，应甲方要求及时转移给甲方或披露第三人，配合甲方行使介入权或选择权。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资料返还</w:t>
      </w:r>
    </w:p>
    <w:p>
      <w:pPr>
        <w:spacing w:lineRule="exact" w:line="560"/>
        <w:ind w:firstLine="560"/>
      </w:pPr>
      <w:r>
        <w:rPr>
          <w:rFonts w:ascii="彩虹粗仿宋" w:hAnsi="彩虹粗仿宋" w:eastAsia="彩虹粗仿宋"/>
          <w:b w:val="0"/>
          <w:sz w:val="28"/>
        </w:rPr>
        <w:t>15.1　事务完成或本合同解除后____日内，乙方应返还甲方提供的资料、印章、证照、票据及授权文件，并删除其留存的复制件；依执业规范须留存工作底稿的，留存部分继续适用保密义务。</w:t>
      </w:r>
    </w:p>
    <w:p>
      <w:pPr>
        <w:spacing w:lineRule="exact" w:line="560"/>
        <w:ind w:firstLine="560"/>
      </w:pPr>
      <w:r>
        <w:rPr>
          <w:rFonts w:ascii="彩虹粗仿宋" w:hAnsi="彩虹粗仿宋" w:eastAsia="彩虹粗仿宋"/>
          <w:b w:val="0"/>
          <w:sz w:val="28"/>
        </w:rPr>
        <w:t>15.2　乙方逾期或拒不返还的，每逾期一日按报酬总额的____‰支付违约金；造成损失的应予赔偿。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保密</w:t>
      </w:r>
    </w:p>
    <w:p>
      <w:pPr>
        <w:spacing w:lineRule="exact" w:line="560"/>
        <w:ind w:firstLine="560"/>
      </w:pPr>
      <w:r>
        <w:rPr>
          <w:rFonts w:ascii="彩虹粗仿宋" w:hAnsi="彩虹粗仿宋" w:eastAsia="彩虹粗仿宋"/>
          <w:b w:val="0"/>
          <w:sz w:val="28"/>
        </w:rPr>
        <w:t>16.1　乙方对因履行本合同知悉的甲方商业秘密、经营信息、财务数据、未公开交易安排及第三方信息负有保密义务，期限自知悉之日起至该信息被合法公开之日止，不因合同解除或终止而免除。</w:t>
      </w:r>
    </w:p>
    <w:p>
      <w:pPr>
        <w:spacing w:lineRule="exact" w:line="560"/>
        <w:ind w:firstLine="560"/>
      </w:pPr>
      <w:r>
        <w:rPr>
          <w:rFonts w:ascii="彩虹粗仿宋" w:hAnsi="彩虹粗仿宋" w:eastAsia="彩虹粗仿宋"/>
          <w:b w:val="0"/>
          <w:sz w:val="28"/>
        </w:rPr>
        <w:t>16.2　乙方仅可为办理委托事务之目的使用上述信息，不得向无关人员披露，不得用于其他客户或竞争性业务；应使其员工、辅助人员及经同意的转委托第三人承担同等义务。违反的，应支付违约金人民币____元并赔偿超出部分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委托人的解除权</w:t>
      </w:r>
    </w:p>
    <w:p>
      <w:pPr>
        <w:spacing w:lineRule="exact" w:line="560"/>
        <w:ind w:firstLine="560"/>
      </w:pPr>
      <w:r>
        <w:rPr>
          <w:rFonts w:ascii="彩虹粗仿宋" w:hAnsi="彩虹粗仿宋" w:eastAsia="彩虹粗仿宋"/>
          <w:b w:val="0"/>
          <w:sz w:val="28"/>
        </w:rPr>
        <w:t>17.1　甲方有权随时解除本合同，无需说明理由，但应书面通知乙方。</w:t>
      </w:r>
    </w:p>
    <w:p>
      <w:pPr>
        <w:spacing w:lineRule="exact" w:line="560"/>
        <w:ind w:firstLine="560"/>
      </w:pPr>
      <w:r>
        <w:rPr>
          <w:rFonts w:ascii="彩虹粗仿宋" w:hAnsi="彩虹粗仿宋" w:eastAsia="彩虹粗仿宋"/>
          <w:b w:val="0"/>
          <w:sz w:val="28"/>
        </w:rPr>
        <w:t>17.2　甲方依前款解除的，按乙方已完成并经甲方书面确认的工作量支付报酬，并赔偿乙方因此受到的直接损失；赔偿以已实际发生且能提供有效凭证的费用为限，且不超过剩余未履行部分报酬的20%，并不超过人民币________元。</w:t>
      </w:r>
    </w:p>
    <w:p>
      <w:pPr>
        <w:spacing w:lineRule="exact" w:line="560"/>
        <w:ind w:firstLine="560"/>
      </w:pPr>
      <w:r>
        <w:rPr>
          <w:rFonts w:ascii="彩虹粗仿宋" w:hAnsi="彩虹粗仿宋" w:eastAsia="彩虹粗仿宋"/>
          <w:b w:val="0"/>
          <w:sz w:val="28"/>
        </w:rPr>
        <w:t>17.3　除前款外，乙方不得主张预期利益、可得利益、机会损失、团队闲置成本、商誉损失、客户流失损失或其他间接损失。</w:t>
      </w:r>
    </w:p>
    <w:p>
      <w:pPr>
        <w:spacing w:lineRule="exact" w:line="560"/>
        <w:ind w:firstLine="560"/>
      </w:pPr>
      <w:r>
        <w:rPr>
          <w:rFonts w:ascii="彩虹粗仿宋" w:hAnsi="彩虹粗仿宋" w:eastAsia="彩虹粗仿宋"/>
          <w:b w:val="0"/>
          <w:sz w:val="28"/>
        </w:rPr>
        <w:t>（注：《民法典》第九百三十三条规定双方均享有任意解除权，有偿委托解除后解除方应赔偿直接损失和可得利益。委托人立场可以约定赔偿范围与上限予以限缩，但完全排除可得利益的约定在司法实践中存在被调整的风险，故本条采取“凭证范围＋比例封顶＋金额封顶”三重限缩，并保留成果交付与资料返还义务，防止付费却取不到成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受托人的解除权</w:t>
      </w:r>
    </w:p>
    <w:p>
      <w:pPr>
        <w:spacing w:lineRule="exact" w:line="560"/>
        <w:ind w:firstLine="560"/>
      </w:pPr>
      <w:r>
        <w:rPr>
          <w:rFonts w:ascii="彩虹粗仿宋" w:hAnsi="彩虹粗仿宋" w:eastAsia="彩虹粗仿宋"/>
          <w:b w:val="0"/>
          <w:sz w:val="28"/>
        </w:rPr>
        <w:t>18.1　乙方原则上不得中途解除。确因不可归责于乙方的事由需解除的，应提前____日书面通知，说明理由并完成交接，经甲方书面同意后方可解除。</w:t>
      </w:r>
    </w:p>
    <w:p>
      <w:pPr>
        <w:spacing w:lineRule="exact" w:line="560"/>
        <w:ind w:firstLine="560"/>
      </w:pPr>
      <w:r>
        <w:rPr>
          <w:rFonts w:ascii="彩虹粗仿宋" w:hAnsi="彩虹粗仿宋" w:eastAsia="彩虹粗仿宋"/>
          <w:b w:val="0"/>
          <w:sz w:val="28"/>
        </w:rPr>
        <w:t>18.2　乙方未完成交接即停止办理的，甲方有权拒付全部未付报酬并要求赔偿替代履行费用；乙方擅自解除的，另按报酬总额的____%支付违约金。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违约责任</w:t>
      </w:r>
    </w:p>
    <w:p>
      <w:pPr>
        <w:spacing w:lineRule="exact" w:line="560"/>
        <w:ind w:firstLine="560"/>
      </w:pPr>
      <w:r>
        <w:rPr>
          <w:rFonts w:ascii="彩虹粗仿宋" w:hAnsi="彩虹粗仿宋" w:eastAsia="彩虹粗仿宋"/>
          <w:b w:val="0"/>
          <w:sz w:val="28"/>
        </w:rPr>
        <w:t>19.1　乙方因过错致甲方损失的，应赔偿甲方直接损失、甲方对第三方承担的赔偿或违约金、行政罚款，以及甲方为减损、维权支出的合理费用（含律师费、公证费、鉴定费、诉讼费）；无偿委托情形下，乙方仅就故意或重大过失负责。</w:t>
      </w:r>
    </w:p>
    <w:p>
      <w:pPr>
        <w:spacing w:lineRule="exact" w:line="560"/>
        <w:ind w:firstLine="560"/>
      </w:pPr>
      <w:r>
        <w:rPr>
          <w:rFonts w:ascii="彩虹粗仿宋" w:hAnsi="彩虹粗仿宋" w:eastAsia="彩虹粗仿宋"/>
          <w:b w:val="0"/>
          <w:sz w:val="28"/>
        </w:rPr>
        <w:t>19.2　乙方违反第三条权限约定、第十条转委托约定或第十一条利益冲突约定的，甲方有权解除合同、要求返还已付报酬并支付违约金人民币____元。</w:t>
      </w:r>
    </w:p>
    <w:p>
      <w:pPr>
        <w:spacing w:lineRule="exact" w:line="560"/>
        <w:ind w:firstLine="560"/>
      </w:pPr>
      <w:r>
        <w:rPr>
          <w:rFonts w:ascii="彩虹粗仿宋" w:hAnsi="彩虹粗仿宋" w:eastAsia="彩虹粗仿宋"/>
          <w:b w:val="0"/>
          <w:sz w:val="28"/>
        </w:rPr>
        <w:t>19.3　甲方逾期支付到期报酬的，每逾期一日按逾期金额的万分之____支付违约金；逾期超过____日经书面催告仍未支付的，乙方有权中止办理并顺延期限，但不得留置甲方资料与成果。违约金不足弥补损失的，可另行主张差额。</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不可抗力</w:t>
      </w:r>
    </w:p>
    <w:p>
      <w:pPr>
        <w:spacing w:lineRule="exact" w:line="560"/>
        <w:ind w:firstLine="560"/>
      </w:pPr>
      <w:r>
        <w:rPr>
          <w:rFonts w:ascii="彩虹粗仿宋" w:hAnsi="彩虹粗仿宋" w:eastAsia="彩虹粗仿宋"/>
          <w:b w:val="0"/>
          <w:sz w:val="28"/>
        </w:rPr>
        <w:t>20.1　因不可抗力致本合同不能履行或不能按期履行的，受影响方应在____日内书面通知并提供证明，据此免责并顺延期限；持续超过____日致合同目的不能实现的，任何一方均可解除，双方按已履行部分结算。</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通知与送达</w:t>
      </w:r>
    </w:p>
    <w:p>
      <w:pPr>
        <w:spacing w:lineRule="exact" w:line="560"/>
        <w:ind w:firstLine="560"/>
      </w:pPr>
      <w:r>
        <w:rPr>
          <w:rFonts w:ascii="彩虹粗仿宋" w:hAnsi="彩虹粗仿宋" w:eastAsia="彩虹粗仿宋"/>
          <w:b w:val="0"/>
          <w:sz w:val="28"/>
        </w:rPr>
        <w:t>21.1　双方确认第一条载明的地址、电子邮箱、联系电话为有效送达地址，适用于合同履行中的通知、催告、解除通知及争议解决阶段（含诉讼、仲裁）的文书送达。</w:t>
      </w:r>
    </w:p>
    <w:p>
      <w:pPr>
        <w:spacing w:lineRule="exact" w:line="560"/>
        <w:ind w:firstLine="560"/>
      </w:pPr>
      <w:r>
        <w:rPr>
          <w:rFonts w:ascii="彩虹粗仿宋" w:hAnsi="彩虹粗仿宋" w:eastAsia="彩虹粗仿宋"/>
          <w:b w:val="0"/>
          <w:sz w:val="28"/>
        </w:rPr>
        <w:t>21.2　专人送达以签收之日为送达日；邮政特快专递于交邮后第__日视为送达；电子邮件、短信或即时通讯于发送成功之日视为送达。一方变更送达信息应于____日内书面通知，未通知致文书未能实际接收的，由该方承担后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争议解决</w:t>
      </w:r>
    </w:p>
    <w:p>
      <w:pPr>
        <w:spacing w:lineRule="exact" w:line="560"/>
        <w:ind w:firstLine="560"/>
      </w:pPr>
      <w:r>
        <w:rPr>
          <w:rFonts w:ascii="彩虹粗仿宋" w:hAnsi="彩虹粗仿宋" w:eastAsia="彩虹粗仿宋"/>
          <w:b w:val="0"/>
          <w:sz w:val="28"/>
        </w:rPr>
        <w:t>22.1　本合同的订立、效力、解释、履行及争议解决，均适用中华人民共和国法律。</w:t>
      </w:r>
    </w:p>
    <w:p>
      <w:pPr>
        <w:spacing w:lineRule="exact" w:line="560"/>
        <w:ind w:firstLine="560"/>
      </w:pPr>
      <w:r>
        <w:rPr>
          <w:rFonts w:ascii="彩虹粗仿宋" w:hAnsi="彩虹粗仿宋" w:eastAsia="彩虹粗仿宋"/>
          <w:b w:val="0"/>
          <w:sz w:val="28"/>
        </w:rPr>
        <w:t>22.2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22.3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22.4　争议解决期间，不影响本合同其他条款的继续履行。</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其他</w:t>
      </w:r>
    </w:p>
    <w:p>
      <w:pPr>
        <w:spacing w:lineRule="exact" w:line="560"/>
        <w:ind w:firstLine="560"/>
      </w:pPr>
      <w:r>
        <w:rPr>
          <w:rFonts w:ascii="彩虹粗仿宋" w:hAnsi="彩虹粗仿宋" w:eastAsia="彩虹粗仿宋"/>
          <w:b w:val="0"/>
          <w:sz w:val="28"/>
        </w:rPr>
        <w:t>23.1　附件一《受托人资质文件》、附件二《委托事务说明书》、附件三《授权委托书》为本合同不可分割的组成部分，与本合同具有同等效力。</w:t>
      </w:r>
    </w:p>
    <w:p>
      <w:pPr>
        <w:spacing w:lineRule="exact" w:line="560"/>
        <w:ind w:firstLine="560"/>
      </w:pPr>
      <w:r>
        <w:rPr>
          <w:rFonts w:ascii="彩虹粗仿宋" w:hAnsi="彩虹粗仿宋" w:eastAsia="彩虹粗仿宋"/>
          <w:b w:val="0"/>
          <w:sz w:val="28"/>
        </w:rPr>
        <w:t>23.2　对本合同的修改、补充须经双方书面签署，口头约定无效；往来邮件、会议纪要仅在双方书面确认后方可作为变更依据。</w:t>
      </w:r>
    </w:p>
    <w:p>
      <w:pPr>
        <w:spacing w:lineRule="exact" w:line="560"/>
        <w:ind w:firstLine="560"/>
      </w:pPr>
      <w:r>
        <w:rPr>
          <w:rFonts w:ascii="彩虹粗仿宋" w:hAnsi="彩虹粗仿宋" w:eastAsia="彩虹粗仿宋"/>
          <w:b w:val="0"/>
          <w:sz w:val="28"/>
        </w:rPr>
        <w:t>23.3　本合同自双方法定代表人或授权代表签字并加盖公章之日起生效；正本一式____份，双方各执____份。</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（以下无正文，为签署页）</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甲方（委托人）：________________（盖章）</w:t>
      </w:r>
    </w:p>
    <w:p>
      <w:pPr>
        <w:spacing w:lineRule="exact" w:line="560"/>
        <w:ind w:firstLine="560"/>
      </w:pPr>
      <w:r>
        <w:rPr>
          <w:rFonts w:ascii="彩虹粗仿宋" w:hAnsi="彩虹粗仿宋" w:eastAsia="彩虹粗仿宋"/>
          <w:b w:val="0"/>
          <w:sz w:val="28"/>
        </w:rPr>
        <w:t>法定代表人／授权代表：________________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乙方（受托人）：________________（盖章）</w:t>
      </w:r>
    </w:p>
    <w:p>
      <w:pPr>
        <w:spacing w:lineRule="exact" w:line="560"/>
        <w:ind w:firstLine="560"/>
      </w:pPr>
      <w:r>
        <w:rPr>
          <w:rFonts w:ascii="彩虹粗仿宋" w:hAnsi="彩虹粗仿宋" w:eastAsia="彩虹粗仿宋"/>
          <w:b w:val="0"/>
          <w:sz w:val="28"/>
        </w:rPr>
        <w:t>法定代表人／授权代表：________________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附件三　授权委托书（格式）</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授权委托书</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委托人：____（名称／姓名），统一社会信用代码／身份证号____，住所____。受托人：____，统一社会信用代码／执业许可证号____，住所____。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现委托上述受托人作为本委托人的代理人，办理下列事项：____。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代理权限：一般代理／特别授权（代为____、____、____）。特别授权不含处分实体权利，代为和解、放弃或变更请求、代为收款须另行出具专项书面授权。受托人无转委托权；经事先书面同意的转委托，受托人就第三人的选任及指示承担责任。</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委托期限：自____年__月__日起至____年__月__日止。期限届满或委托事项完成，本授权委托书自动失效，受托人应返还原件。</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委托人（签章）：________________　　法定代表人／授权代表：________________</w:t>
      </w:r>
    </w:p>
    <w:p>
      <w:pPr>
        <w:spacing w:lineRule="exact" w:line="560"/>
        <w:ind w:firstLine="560"/>
      </w:pPr>
      <w:r>
        <w:rPr>
          <w:rFonts w:ascii="彩虹粗仿宋" w:hAnsi="彩虹粗仿宋" w:eastAsia="彩虹粗仿宋"/>
          <w:b w:val="0"/>
          <w:sz w:val="28"/>
        </w:rPr>
        <w:t>____年__月__日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