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委托合同</w:t>
      </w:r>
    </w:p>
    <w:p>
      <w:pPr>
        <w:spacing w:lineRule="exact" w:line="560"/>
        <w:jc w:val="center"/>
      </w:pPr>
      <w:r>
        <w:rPr>
          <w:rFonts w:ascii="彩虹粗仿宋" w:hAnsi="彩虹粗仿宋" w:eastAsia="彩虹粗仿宋"/>
          <w:b w:val="0"/>
          <w:sz w:val="28"/>
        </w:rPr>
        <w:t>（受托人立场示范文本）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pPr>
      <w:r>
        <w:rPr>
          <w:rFonts w:ascii="彩虹粗仿宋" w:hAnsi="彩虹粗仿宋" w:eastAsia="彩虹粗仿宋"/>
          <w:b/>
          <w:sz w:val="30"/>
        </w:rPr>
        <w:t>第一条　当事人信息</w:t>
      </w:r>
    </w:p>
    <w:p>
      <w:pPr>
        <w:spacing w:lineRule="exact" w:line="560"/>
        <w:ind w:firstLine="560"/>
      </w:pPr>
      <w:r>
        <w:rPr>
          <w:rFonts w:ascii="彩虹粗仿宋" w:hAnsi="彩虹粗仿宋" w:eastAsia="彩虹粗仿宋"/>
          <w:b w:val="0"/>
          <w:sz w:val="28"/>
        </w:rPr>
        <w:t>1.1　委托人（甲方）：名称：____；统一社会信用代码：____／身份证号：____；住所：____；法定代表人／负责人：____；联系人及电话：____；电子邮箱：____。</w:t>
      </w:r>
    </w:p>
    <w:p>
      <w:pPr>
        <w:spacing w:lineRule="exact" w:line="560"/>
        <w:ind w:firstLine="560"/>
      </w:pPr>
      <w:r>
        <w:rPr>
          <w:rFonts w:ascii="彩虹粗仿宋" w:hAnsi="彩虹粗仿宋" w:eastAsia="彩虹粗仿宋"/>
          <w:b w:val="0"/>
          <w:sz w:val="28"/>
        </w:rPr>
        <w:t>1.2　受托人（乙方）：名称：____；统一社会信用代码：____／执业许可证号：____；住所：____；法定代表人／负责人：____；项目负责人：____；联系人及电话：____；电子邮箱：____。</w:t>
      </w:r>
    </w:p>
    <w:p>
      <w:pPr>
        <w:spacing w:lineRule="exact" w:line="560"/>
        <w:ind w:firstLine="560"/>
      </w:pPr>
      <w:r>
        <w:rPr>
          <w:rFonts w:ascii="彩虹粗仿宋" w:hAnsi="彩虹粗仿宋" w:eastAsia="彩虹粗仿宋"/>
          <w:b w:val="0"/>
          <w:sz w:val="28"/>
        </w:rPr>
        <w:t>1.3　甲方确认，其已充分了解乙方的执业范围与专业能力，本合同项下委托事项属乙方正常业务范围。甲方自行提供的资料、指令及决策所导致的后果，由甲方承担。</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第二条　委托事项与工作范围</w:t>
      </w:r>
    </w:p>
    <w:p>
      <w:pPr>
        <w:spacing w:lineRule="exact" w:line="560"/>
        <w:ind w:firstLine="560"/>
      </w:pPr>
      <w:r>
        <w:rPr>
          <w:rFonts w:ascii="彩虹粗仿宋" w:hAnsi="彩虹粗仿宋" w:eastAsia="彩虹粗仿宋"/>
          <w:b w:val="0"/>
          <w:sz w:val="28"/>
        </w:rPr>
        <w:t>2.1　甲方委托乙方办理下列事务：</w:t>
      </w:r>
    </w:p>
    <w:p>
      <w:pPr>
        <w:spacing w:lineRule="exact" w:line="560"/>
        <w:ind w:firstLine="560"/>
      </w:pPr>
      <w:r>
        <w:rPr>
          <w:rFonts w:ascii="彩虹粗仿宋" w:hAnsi="彩虹粗仿宋" w:eastAsia="彩虹粗仿宋"/>
          <w:b w:val="0"/>
          <w:sz w:val="28"/>
        </w:rPr>
        <w:t>（1）____；</w:t>
      </w:r>
    </w:p>
    <w:p>
      <w:pPr>
        <w:spacing w:lineRule="exact" w:line="560"/>
        <w:ind w:firstLine="560"/>
      </w:pPr>
      <w:r>
        <w:rPr>
          <w:rFonts w:ascii="彩虹粗仿宋" w:hAnsi="彩虹粗仿宋" w:eastAsia="彩虹粗仿宋"/>
          <w:b w:val="0"/>
          <w:sz w:val="28"/>
        </w:rPr>
        <w:t>（2）____；</w:t>
      </w:r>
    </w:p>
    <w:p>
      <w:pPr>
        <w:spacing w:lineRule="exact" w:line="560"/>
        <w:ind w:firstLine="560"/>
      </w:pPr>
      <w:r>
        <w:rPr>
          <w:rFonts w:ascii="彩虹粗仿宋" w:hAnsi="彩虹粗仿宋" w:eastAsia="彩虹粗仿宋"/>
          <w:b w:val="0"/>
          <w:sz w:val="28"/>
        </w:rPr>
        <w:t>（3）____。</w:t>
      </w:r>
    </w:p>
    <w:p>
      <w:pPr>
        <w:spacing w:lineRule="exact" w:line="560"/>
        <w:ind w:firstLine="560"/>
      </w:pPr>
      <w:r>
        <w:rPr>
          <w:rFonts w:ascii="彩虹粗仿宋" w:hAnsi="彩虹粗仿宋" w:eastAsia="彩虹粗仿宋"/>
          <w:b w:val="0"/>
          <w:sz w:val="28"/>
        </w:rPr>
        <w:t>2.2　乙方的工作范围以本合同及附件一《工作说明书》列明者为限。下列事项不属于乙方工作范围，需另行签订委托合同并另行计费：（1）____；（2）____；（3）委托事项涉及的诉讼、仲裁、执行程序（如已包含应明确列明）；（4）超出附件一约定份数、语种、地域范围的工作。</w:t>
      </w:r>
    </w:p>
    <w:p>
      <w:pPr>
        <w:spacing w:lineRule="exact" w:line="560"/>
        <w:ind w:firstLine="560"/>
      </w:pPr>
      <w:r>
        <w:rPr>
          <w:rFonts w:ascii="彩虹粗仿宋" w:hAnsi="彩虹粗仿宋" w:eastAsia="彩虹粗仿宋"/>
          <w:b w:val="0"/>
          <w:sz w:val="28"/>
        </w:rPr>
        <w:t>2.3　甲方在合同履行中要求增加工作内容的，双方应签订补充协议；未签订补充协议而乙方已实际投入的，按第六条调整报酬。</w:t>
      </w:r>
    </w:p>
    <w:p>
      <w:pPr>
        <w:spacing w:lineRule="exact" w:line="560"/>
        <w:ind w:firstLine="560"/>
      </w:pPr>
      <w:r>
        <w:rPr>
          <w:rFonts w:ascii="彩虹粗仿宋" w:hAnsi="彩虹粗仿宋" w:eastAsia="彩虹粗仿宋"/>
          <w:b w:val="0"/>
          <w:sz w:val="28"/>
        </w:rPr>
        <w:t>（注：明确列举排除事项是控制执业风险与成本的关键。实践中委托人常将“顺便处理”“一并跟进”视为已包含在报酬内，建议以书面工作清单固定边界。）</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第三条　委托权限与授权文件</w:t>
      </w:r>
    </w:p>
    <w:p>
      <w:pPr>
        <w:spacing w:lineRule="exact" w:line="560"/>
        <w:ind w:firstLine="560"/>
      </w:pPr>
      <w:r>
        <w:rPr>
          <w:rFonts w:ascii="彩虹粗仿宋" w:hAnsi="彩虹粗仿宋" w:eastAsia="彩虹粗仿宋"/>
          <w:b w:val="0"/>
          <w:sz w:val="28"/>
        </w:rPr>
        <w:t>3.1　甲方授予乙方的权限为下列第____种：（1）一般代理；（2）特别授权，具体权限为____。</w:t>
      </w:r>
    </w:p>
    <w:p>
      <w:pPr>
        <w:spacing w:lineRule="exact" w:line="560"/>
        <w:ind w:firstLine="560"/>
      </w:pPr>
      <w:r>
        <w:rPr>
          <w:rFonts w:ascii="彩虹粗仿宋" w:hAnsi="彩虹粗仿宋" w:eastAsia="彩虹粗仿宋"/>
          <w:b w:val="0"/>
          <w:sz w:val="28"/>
        </w:rPr>
        <w:t>3.2　甲方应在本合同生效后____日内出具符合办理机关要求的《授权委托书》及相关证明文件，并保证其真实、合法、有效。因甲方迟延出具、出具不符合要求或中途撤回授权，致乙方无法开展工作或工作延误的，期限相应顺延，乙方不承担违约责任，已发生的费用由甲方承担。</w:t>
      </w:r>
    </w:p>
    <w:p>
      <w:pPr>
        <w:spacing w:lineRule="exact" w:line="560"/>
        <w:ind w:firstLine="560"/>
      </w:pPr>
      <w:r>
        <w:rPr>
          <w:rFonts w:ascii="彩虹粗仿宋" w:hAnsi="彩虹粗仿宋" w:eastAsia="彩虹粗仿宋"/>
          <w:b w:val="0"/>
          <w:sz w:val="28"/>
        </w:rPr>
        <w:t>3.3　乙方在授权范围内以甲方名义实施法律行为。甲方对乙方在授权范围内行为的后果承担责任；甲方就同一事务另行委托第三方或自行处理，致乙方无法继续履行的，不影响甲方支付报酬的义务。</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第四条　委托期限与工作进度</w:t>
      </w:r>
    </w:p>
    <w:p>
      <w:pPr>
        <w:spacing w:lineRule="exact" w:line="560"/>
        <w:ind w:firstLine="560"/>
      </w:pPr>
      <w:r>
        <w:rPr>
          <w:rFonts w:ascii="彩虹粗仿宋" w:hAnsi="彩虹粗仿宋" w:eastAsia="彩虹粗仿宋"/>
          <w:b w:val="0"/>
          <w:sz w:val="28"/>
        </w:rPr>
        <w:t>4.1　委托期限自____年__月__日起至____年__月__日止，或至委托事项完成之日止。</w:t>
      </w:r>
    </w:p>
    <w:p>
      <w:pPr>
        <w:spacing w:lineRule="exact" w:line="560"/>
        <w:ind w:firstLine="560"/>
      </w:pPr>
      <w:r>
        <w:rPr>
          <w:rFonts w:ascii="彩虹粗仿宋" w:hAnsi="彩虹粗仿宋" w:eastAsia="彩虹粗仿宋"/>
          <w:b w:val="0"/>
          <w:sz w:val="28"/>
        </w:rPr>
        <w:t>4.2　工作进度按附件一《工作说明书》确认的里程碑执行。因甲方原因（包括未及时提供资料、未及时确认、未及时支付费用、内部决策延迟）导致进度延误的，交付期限相应顺延，乙方不承担逾期责任。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第五条　报酬与支付</w:t>
      </w:r>
    </w:p>
    <w:p>
      <w:pPr>
        <w:spacing w:lineRule="exact" w:line="560"/>
        <w:ind w:firstLine="560"/>
      </w:pPr>
      <w:r>
        <w:rPr>
          <w:rFonts w:ascii="彩虹粗仿宋" w:hAnsi="彩虹粗仿宋" w:eastAsia="彩虹粗仿宋"/>
          <w:b w:val="0"/>
          <w:sz w:val="28"/>
        </w:rPr>
        <w:t>5.1　报酬计算方式为下列第____种：（1）固定报酬：人民币____元（大写：____）；（2）按时计酬：每小时人民币____元，按月结算；（3）基础报酬加成功报酬：基础报酬人民币____元，另按____的____%计取成功报酬。</w:t>
      </w:r>
    </w:p>
    <w:p>
      <w:pPr>
        <w:spacing w:lineRule="exact" w:line="560"/>
        <w:ind w:firstLine="560"/>
      </w:pPr>
      <w:r>
        <w:rPr>
          <w:rFonts w:ascii="彩虹粗仿宋" w:hAnsi="彩虹粗仿宋" w:eastAsia="彩虹粗仿宋"/>
          <w:b w:val="0"/>
          <w:sz w:val="28"/>
        </w:rPr>
        <w:t>5.2　支付节点：（1）本合同签订之日起____日内支付____%，即人民币________元，作为启动款；乙方收到启动款后方启动实质工作，未收到启动款的乙方有权不予启动且不构成违约，交付期限自启动款到账之日重新起算；（2）乙方交付阶段性成果之日起____日内支付____%，付款以交付为条件，不以甲方验收为条件；（3）委托事务完成或期限届满之日起____日内结清余款。</w:t>
      </w:r>
    </w:p>
    <w:p>
      <w:pPr>
        <w:spacing w:lineRule="exact" w:line="560"/>
        <w:ind w:firstLine="560"/>
      </w:pPr>
      <w:r>
        <w:rPr>
          <w:rFonts w:ascii="彩虹粗仿宋" w:hAnsi="彩虹粗仿宋" w:eastAsia="彩虹粗仿宋"/>
          <w:b w:val="0"/>
          <w:sz w:val="28"/>
        </w:rPr>
        <w:t>5.3　甲方逾期支付任一期报酬超过____日的，乙方有权暂停工作、顺延交付期限，并自逾期之日起按日万分之五计收违约金；逾期超过____日的，乙方有权解除本合同并按第十九条结算；暂停期间不计算乙方的逾期责任，甲方不得据此主张乙方违约。</w:t>
      </w:r>
    </w:p>
    <w:p>
      <w:pPr>
        <w:spacing w:lineRule="exact" w:line="560"/>
        <w:ind w:firstLine="560"/>
      </w:pPr>
      <w:r>
        <w:rPr>
          <w:rFonts w:ascii="彩虹粗仿宋" w:hAnsi="彩虹粗仿宋" w:eastAsia="彩虹粗仿宋"/>
          <w:b w:val="0"/>
          <w:sz w:val="28"/>
        </w:rPr>
        <w:t>5.4　乙方收款账户：户名____；开户银行____；账号____。甲方不得以内部审批、上级核准、预算未到位等事由对抗付款义务。</w:t>
      </w:r>
    </w:p>
    <w:p>
      <w:pPr>
        <w:spacing w:lineRule="exact" w:line="560"/>
        <w:ind w:firstLine="560"/>
      </w:pPr>
      <w:r>
        <w:rPr>
          <w:rFonts w:ascii="彩虹粗仿宋" w:hAnsi="彩虹粗仿宋" w:eastAsia="彩虹粗仿宋"/>
          <w:b w:val="0"/>
          <w:sz w:val="28"/>
        </w:rPr>
        <w:t>（注：受托人立场应将付款与“交付”而非“验收”挂钩，并明确内部审批不构成付款抗辩，避免委托人无限期拖延确认。）</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第六条　报酬调整</w:t>
      </w:r>
    </w:p>
    <w:p>
      <w:pPr>
        <w:spacing w:lineRule="exact" w:line="560"/>
        <w:ind w:firstLine="560"/>
      </w:pPr>
      <w:r>
        <w:rPr>
          <w:rFonts w:ascii="彩虹粗仿宋" w:hAnsi="彩虹粗仿宋" w:eastAsia="彩虹粗仿宋"/>
          <w:b w:val="0"/>
          <w:sz w:val="28"/>
        </w:rPr>
        <w:t>6.1　因下列情形导致乙方工作量增加超过原预估____%的，报酬按增加部分实际工时或工作量相应上调，上调幅度由双方书面确认；乙方书面通知后____日内甲方未提出异议的，视为同意按乙方标准费率计算：（1）甲方变更委托事项、指示或要求；（2）甲方提供的资料、文件存在重大缺陷需重新处理；（3）委托事项涉及的主体、标的、程序发生实质变化；（4）应甲方要求加急办理或异地办理。</w:t>
      </w:r>
    </w:p>
    <w:p>
      <w:pPr>
        <w:spacing w:lineRule="exact" w:line="560"/>
        <w:ind w:firstLine="560"/>
      </w:pPr>
      <w:r>
        <w:rPr>
          <w:rFonts w:ascii="彩虹粗仿宋" w:hAnsi="彩虹粗仿宋" w:eastAsia="彩虹粗仿宋"/>
          <w:b w:val="0"/>
          <w:sz w:val="28"/>
        </w:rPr>
        <w:t>6.2　甲方要求加急办理的，加急部分报酬在标准费率基础上上浮____%。</w:t>
      </w:r>
    </w:p>
    <w:p>
      <w:pPr>
        <w:spacing w:lineRule="exact" w:line="560"/>
        <w:ind w:firstLine="560"/>
      </w:pPr>
      <w:r>
        <w:rPr>
          <w:rFonts w:ascii="彩虹粗仿宋" w:hAnsi="彩虹粗仿宋" w:eastAsia="彩虹粗仿宋"/>
          <w:b w:val="0"/>
          <w:sz w:val="28"/>
        </w:rPr>
        <w:t>6.3　因法律、行政法规、政策或办理机关要求变化导致工作内容增加的，适用前款约定。</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第七条　费用与垫付</w:t>
      </w:r>
    </w:p>
    <w:p>
      <w:pPr>
        <w:spacing w:lineRule="exact" w:line="560"/>
        <w:ind w:firstLine="560"/>
      </w:pPr>
      <w:r>
        <w:rPr>
          <w:rFonts w:ascii="彩虹粗仿宋" w:hAnsi="彩虹粗仿宋" w:eastAsia="彩虹粗仿宋"/>
          <w:b w:val="0"/>
          <w:sz w:val="28"/>
        </w:rPr>
        <w:t>7.1　办理委托事务发生的下列费用由甲方承担，实报实销：差旅费、住宿费、公证费、鉴定费、评估费、查询费、公告费、翻译费、邮寄费、诉讼费、仲裁费、保全费及经甲方同意的其他支出。</w:t>
      </w:r>
    </w:p>
    <w:p>
      <w:pPr>
        <w:spacing w:lineRule="exact" w:line="560"/>
        <w:ind w:firstLine="560"/>
      </w:pPr>
      <w:r>
        <w:rPr>
          <w:rFonts w:ascii="彩虹粗仿宋" w:hAnsi="彩虹粗仿宋" w:eastAsia="彩虹粗仿宋"/>
          <w:b w:val="0"/>
          <w:sz w:val="28"/>
        </w:rPr>
        <w:t>7.2　乙方可按垫付费用总额的____%计取管理费，管理费随费用结算一并支付。乙方垫付的单笔费用超过人民币________元的，应事先通知甲方；情况紧急无法事先通知的，可先行垫付并于____日内告知，甲方不得以未事先同意为由拒绝偿付。甲方逾期支付垫付费用的，乙方有权暂停工作并顺延交付期限。</w:t>
      </w:r>
    </w:p>
    <w:p>
      <w:pPr>
        <w:spacing w:lineRule="exact" w:line="560"/>
        <w:ind w:firstLine="560"/>
      </w:pPr>
      <w:r>
        <w:rPr>
          <w:rFonts w:ascii="彩虹粗仿宋" w:hAnsi="彩虹粗仿宋" w:eastAsia="彩虹粗仿宋"/>
          <w:b w:val="0"/>
          <w:sz w:val="28"/>
        </w:rPr>
        <w:t>7.3　甲方应在本合同生效后____日内向乙方预付费用备用金人民币____元。备用金不足时，乙方应通知甲方补足，甲方应在收到通知后____日内补足；甲方未补足的，乙方有权暂停工作，由此产生的延误与后果由甲方承担。</w:t>
      </w:r>
    </w:p>
    <w:p>
      <w:pPr>
        <w:spacing w:lineRule="exact" w:line="560"/>
        <w:ind w:firstLine="560"/>
      </w:pPr>
      <w:r>
        <w:rPr>
          <w:rFonts w:ascii="彩虹粗仿宋" w:hAnsi="彩虹粗仿宋" w:eastAsia="彩虹粗仿宋"/>
          <w:b w:val="0"/>
          <w:sz w:val="28"/>
        </w:rPr>
        <w:t>7.4　委托事务完成或本合同解除后____日内，双方应就费用进行结算，多退少补。甲方对费用有异议的，应于收到费用清单后____日内书面提出，逾期视为认可。</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第八条　甲方的配合义务</w:t>
      </w:r>
    </w:p>
    <w:p>
      <w:pPr>
        <w:spacing w:lineRule="exact" w:line="560"/>
        <w:ind w:firstLine="560"/>
      </w:pPr>
      <w:r>
        <w:rPr>
          <w:rFonts w:ascii="彩虹粗仿宋" w:hAnsi="彩虹粗仿宋" w:eastAsia="彩虹粗仿宋"/>
          <w:b w:val="0"/>
          <w:sz w:val="28"/>
        </w:rPr>
        <w:t>8.1　甲方应指定专人负责与乙方对接，并在乙方要求的期限内提供办理委托事务所需的资料、文件、印章、授权及人员配合。</w:t>
      </w:r>
    </w:p>
    <w:p>
      <w:pPr>
        <w:spacing w:lineRule="exact" w:line="560"/>
        <w:ind w:firstLine="560"/>
      </w:pPr>
      <w:r>
        <w:rPr>
          <w:rFonts w:ascii="彩虹粗仿宋" w:hAnsi="彩虹粗仿宋" w:eastAsia="彩虹粗仿宋"/>
          <w:b w:val="0"/>
          <w:sz w:val="28"/>
        </w:rPr>
        <w:t>8.2　甲方应保证其提供资料的真实性、合法性、完整性与时效性。因甲方提供资料不实、不全或迟延提供导致的后果、行政处罚或第三方索赔，由甲方承担；乙方已尽合理审查义务的，不承担责任。</w:t>
      </w:r>
    </w:p>
    <w:p>
      <w:pPr>
        <w:spacing w:lineRule="exact" w:line="560"/>
        <w:ind w:firstLine="560"/>
      </w:pPr>
      <w:r>
        <w:rPr>
          <w:rFonts w:ascii="彩虹粗仿宋" w:hAnsi="彩虹粗仿宋" w:eastAsia="彩虹粗仿宋"/>
          <w:b w:val="0"/>
          <w:sz w:val="28"/>
        </w:rPr>
        <w:t>8.3　甲方应在收到乙方提交的待确认文件、待决策事项后____个工作日内反馈意见。逾期未反馈的，乙方有权按专业判断继续办理，由此产生的后果由甲方承担。</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第九条　指示变更与费用后果</w:t>
      </w:r>
    </w:p>
    <w:p>
      <w:pPr>
        <w:spacing w:lineRule="exact" w:line="560"/>
        <w:ind w:firstLine="560"/>
      </w:pPr>
      <w:r>
        <w:rPr>
          <w:rFonts w:ascii="彩虹粗仿宋" w:hAnsi="彩虹粗仿宋" w:eastAsia="彩虹粗仿宋"/>
          <w:b w:val="0"/>
          <w:sz w:val="28"/>
        </w:rPr>
        <w:t>9.1　甲方变更指示应书面提出。变更导致乙方已发生工作量作废、需重新办理或延长工期的，甲方应支付相应报酬及已发生费用，并按第六条调整。</w:t>
      </w:r>
    </w:p>
    <w:p>
      <w:pPr>
        <w:spacing w:lineRule="exact" w:line="560"/>
        <w:ind w:firstLine="560"/>
      </w:pPr>
      <w:r>
        <w:rPr>
          <w:rFonts w:ascii="彩虹粗仿宋" w:hAnsi="彩虹粗仿宋" w:eastAsia="彩虹粗仿宋"/>
          <w:b w:val="0"/>
          <w:sz w:val="28"/>
        </w:rPr>
        <w:t>9.2　甲方在委托事务办理过程中要求中止办理的，中止期间乙方保留项目团队，甲方应按月支付报酬总额的____%作为团队保留费用。</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第十条　报告义务</w:t>
      </w:r>
    </w:p>
    <w:p>
      <w:pPr>
        <w:spacing w:lineRule="exact" w:line="560"/>
        <w:ind w:firstLine="560"/>
      </w:pPr>
      <w:r>
        <w:rPr>
          <w:rFonts w:ascii="彩虹粗仿宋" w:hAnsi="彩虹粗仿宋" w:eastAsia="彩虹粗仿宋"/>
          <w:b w:val="0"/>
          <w:sz w:val="28"/>
        </w:rPr>
        <w:t>10.1　乙方按附件一约定的里程碑向甲方提交书面工作报告；无约定的，每____日提交一次。</w:t>
      </w:r>
    </w:p>
    <w:p>
      <w:pPr>
        <w:spacing w:lineRule="exact" w:line="560"/>
        <w:ind w:firstLine="560"/>
      </w:pPr>
      <w:r>
        <w:rPr>
          <w:rFonts w:ascii="彩虹粗仿宋" w:hAnsi="彩虹粗仿宋" w:eastAsia="彩虹粗仿宋"/>
          <w:b w:val="0"/>
          <w:sz w:val="28"/>
        </w:rPr>
        <w:t>10.2　乙方就委托事务向甲方提出的专业意见、风险提示及方案建议，以书面形式作出。甲方未采纳乙方书面意见而自行决策的，相应后果由甲方承担。</w:t>
      </w:r>
    </w:p>
    <w:p>
      <w:pPr>
        <w:spacing w:lineRule="exact" w:line="560"/>
        <w:ind w:firstLine="560"/>
      </w:pPr>
      <w:r>
        <w:rPr>
          <w:rFonts w:ascii="彩虹粗仿宋" w:hAnsi="彩虹粗仿宋" w:eastAsia="彩虹粗仿宋"/>
          <w:b w:val="0"/>
          <w:sz w:val="28"/>
        </w:rPr>
        <w:t>10.3　乙方无义务就甲方未要求的事项主动调查，亦不保证第三方（含行政机关、司法机关、交易相对方）作出特定行为或结果。</w:t>
      </w:r>
    </w:p>
    <w:p>
      <w:pPr>
        <w:spacing w:lineRule="exact" w:line="560"/>
        <w:ind w:firstLine="560"/>
      </w:pPr>
      <w:r>
        <w:rPr>
          <w:rFonts w:ascii="彩虹粗仿宋" w:hAnsi="彩虹粗仿宋" w:eastAsia="彩虹粗仿宋"/>
          <w:b w:val="0"/>
          <w:sz w:val="28"/>
        </w:rPr>
        <w:t>（注：受托人立场应明确“过程义务”而非“结果义务”，避免被解释为对审批结果、胜诉结果或交易达成承担保证责任。）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第十一条　亲自处理与转委托</w:t>
      </w:r>
    </w:p>
    <w:p>
      <w:pPr>
        <w:spacing w:lineRule="exact" w:line="560"/>
        <w:ind w:firstLine="560"/>
      </w:pPr>
      <w:r>
        <w:rPr>
          <w:rFonts w:ascii="彩虹粗仿宋" w:hAnsi="彩虹粗仿宋" w:eastAsia="彩虹粗仿宋"/>
          <w:b w:val="0"/>
          <w:sz w:val="28"/>
        </w:rPr>
        <w:t>11.1　乙方应指派____（姓名、职务）为项目负责人，负责本合同项下事务的组织与实施。</w:t>
      </w:r>
    </w:p>
    <w:p>
      <w:pPr>
        <w:spacing w:lineRule="exact" w:line="560"/>
        <w:ind w:firstLine="560"/>
      </w:pPr>
      <w:r>
        <w:rPr>
          <w:rFonts w:ascii="彩虹粗仿宋" w:hAnsi="彩虹粗仿宋" w:eastAsia="彩虹粗仿宋"/>
          <w:b w:val="0"/>
          <w:sz w:val="28"/>
        </w:rPr>
        <w:t>11.2　乙方有权将部分专业性、事务性工作委托关联机构、外部专家或第三方机构完成，无需另行取得甲方同意，但应事先通知甲方；涉及甲方核心商业秘密的，应与第三方签署保密协议。</w:t>
      </w:r>
    </w:p>
    <w:p>
      <w:pPr>
        <w:spacing w:lineRule="exact" w:line="560"/>
        <w:ind w:firstLine="560"/>
      </w:pPr>
      <w:r>
        <w:rPr>
          <w:rFonts w:ascii="彩虹粗仿宋" w:hAnsi="彩虹粗仿宋" w:eastAsia="彩虹粗仿宋"/>
          <w:b w:val="0"/>
          <w:sz w:val="28"/>
        </w:rPr>
        <w:t>11.3　乙方就第三人的选任及其对第三人的指示承担责任；第三人的行为视为乙方的行为，但乙方不对第三人的故意违法行为承担超出其过错的责任。</w:t>
      </w:r>
    </w:p>
    <w:p>
      <w:pPr>
        <w:spacing w:lineRule="exact" w:line="560"/>
        <w:ind w:firstLine="560"/>
      </w:pPr>
      <w:r>
        <w:rPr>
          <w:rFonts w:ascii="彩虹粗仿宋" w:hAnsi="彩虹粗仿宋" w:eastAsia="彩虹粗仿宋"/>
          <w:b w:val="0"/>
          <w:sz w:val="28"/>
        </w:rPr>
        <w:t>11.4　项目负责人变更不影响本合同效力，乙方应及时通知甲方并安排同等资历人员接替。</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第十二条　成果交付与验收</w:t>
      </w:r>
    </w:p>
    <w:p>
      <w:pPr>
        <w:spacing w:lineRule="exact" w:line="560"/>
        <w:ind w:firstLine="560"/>
      </w:pPr>
      <w:r>
        <w:rPr>
          <w:rFonts w:ascii="彩虹粗仿宋" w:hAnsi="彩虹粗仿宋" w:eastAsia="彩虹粗仿宋"/>
          <w:b w:val="0"/>
          <w:sz w:val="28"/>
        </w:rPr>
        <w:t>12.1　乙方按附件一约定的形式交付成果。成果以电子文档方式交付的，发送至甲方指定邮箱即视为交付。</w:t>
      </w:r>
    </w:p>
    <w:p>
      <w:pPr>
        <w:spacing w:lineRule="exact" w:line="560"/>
        <w:ind w:firstLine="560"/>
      </w:pPr>
      <w:r>
        <w:rPr>
          <w:rFonts w:ascii="彩虹粗仿宋" w:hAnsi="彩虹粗仿宋" w:eastAsia="彩虹粗仿宋"/>
          <w:b w:val="0"/>
          <w:sz w:val="28"/>
        </w:rPr>
        <w:t>12.2　甲方应在收到成果后____个工作日内书面验收，异议应以书面形式提出并具体指明不符合约定之处及依据。甲方逾期未提出书面异议的，视为成果验收合格，甲方不得再以质量不符为由拒付、扣减报酬或要求返还；甲方已实际使用成果的，视为验收合格。</w:t>
      </w:r>
    </w:p>
    <w:p>
      <w:pPr>
        <w:spacing w:lineRule="exact" w:line="560"/>
        <w:ind w:firstLine="560"/>
      </w:pPr>
      <w:r>
        <w:rPr>
          <w:rFonts w:ascii="彩虹粗仿宋" w:hAnsi="彩虹粗仿宋" w:eastAsia="彩虹粗仿宋"/>
          <w:b w:val="0"/>
          <w:sz w:val="28"/>
        </w:rPr>
        <w:t>12.3　甲方提出异议的，应具体指明不符合约定之处及依据；未指明或仅作概括性否定的，不构成有效异议，视为验收合格。乙方应在____日内修正；异议不成立的，甲方应承担乙方为此支出的复核费用。</w:t>
      </w:r>
    </w:p>
    <w:p>
      <w:pPr>
        <w:spacing w:lineRule="exact" w:line="560"/>
        <w:ind w:firstLine="560"/>
      </w:pPr>
      <w:r>
        <w:rPr>
          <w:rFonts w:ascii="彩虹粗仿宋" w:hAnsi="彩虹粗仿宋" w:eastAsia="彩虹粗仿宋"/>
          <w:b w:val="0"/>
          <w:sz w:val="28"/>
        </w:rPr>
        <w:t>12.4　成果验收合格后，甲方就成果提出的新要求视为新增委托事项，按第六条另行计费。</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第十三条　成果的使用与知识产权</w:t>
      </w:r>
    </w:p>
    <w:p>
      <w:pPr>
        <w:spacing w:lineRule="exact" w:line="560"/>
        <w:ind w:firstLine="560"/>
      </w:pPr>
      <w:r>
        <w:rPr>
          <w:rFonts w:ascii="彩虹粗仿宋" w:hAnsi="彩虹粗仿宋" w:eastAsia="彩虹粗仿宋"/>
          <w:b w:val="0"/>
          <w:sz w:val="28"/>
        </w:rPr>
        <w:t>13.1　甲方在付清全部报酬后，取得为委托事项目的使用成果的权利。</w:t>
      </w:r>
    </w:p>
    <w:p>
      <w:pPr>
        <w:spacing w:lineRule="exact" w:line="560"/>
        <w:ind w:firstLine="560"/>
      </w:pPr>
      <w:r>
        <w:rPr>
          <w:rFonts w:ascii="彩虹粗仿宋" w:hAnsi="彩虹粗仿宋" w:eastAsia="彩虹粗仿宋"/>
          <w:b w:val="0"/>
          <w:sz w:val="28"/>
        </w:rPr>
        <w:t>13.2　乙方保留其在执业过程中形成的通用方法、模板、模型、经验及既有知识产权；上述内容不因本合同交付甲方而转移。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第十四条　财产归属与留置</w:t>
      </w:r>
    </w:p>
    <w:p>
      <w:pPr>
        <w:spacing w:lineRule="exact" w:line="560"/>
        <w:ind w:firstLine="560"/>
      </w:pPr>
      <w:r>
        <w:rPr>
          <w:rFonts w:ascii="彩虹粗仿宋" w:hAnsi="彩虹粗仿宋" w:eastAsia="彩虹粗仿宋"/>
          <w:b w:val="0"/>
          <w:sz w:val="28"/>
        </w:rPr>
        <w:t>14.1　乙方因处理委托事务收到的属于甲方的款项、财产，应于____日内转交甲方，但甲方欠付到期报酬或费用的，乙方有权从中抵扣。</w:t>
      </w:r>
    </w:p>
    <w:p>
      <w:pPr>
        <w:spacing w:lineRule="exact" w:line="560"/>
        <w:ind w:firstLine="560"/>
      </w:pPr>
      <w:r>
        <w:rPr>
          <w:rFonts w:ascii="彩虹粗仿宋" w:hAnsi="彩虹粗仿宋" w:eastAsia="彩虹粗仿宋"/>
          <w:b w:val="0"/>
          <w:sz w:val="28"/>
        </w:rPr>
        <w:t>14.2　甲方未按约支付到期报酬或费用，经书面催告____日仍未支付的，乙方有权留置其占有的甲方文件、资料、阶段性成果及已交付但未付清对价的成果，直至甲方付清；留置期间不构成违约，乙方不承担逾期交付责任，甲方不得据此解除合同或主张损失。</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第十五条　利益冲突</w:t>
      </w:r>
    </w:p>
    <w:p>
      <w:pPr>
        <w:spacing w:lineRule="exact" w:line="560"/>
        <w:ind w:firstLine="560"/>
      </w:pPr>
      <w:r>
        <w:rPr>
          <w:rFonts w:ascii="彩虹粗仿宋" w:hAnsi="彩虹粗仿宋" w:eastAsia="彩虹粗仿宋"/>
          <w:b w:val="0"/>
          <w:sz w:val="28"/>
        </w:rPr>
        <w:t>15.1　乙方在承接本合同前已书面披露的关联业务、既有客户关系，不构成本条项下的利益冲突。</w:t>
      </w:r>
    </w:p>
    <w:p>
      <w:pPr>
        <w:spacing w:lineRule="exact" w:line="560"/>
        <w:ind w:firstLine="560"/>
      </w:pPr>
      <w:r>
        <w:rPr>
          <w:rFonts w:ascii="彩虹粗仿宋" w:hAnsi="彩虹粗仿宋" w:eastAsia="彩虹粗仿宋"/>
          <w:b w:val="0"/>
          <w:sz w:val="28"/>
        </w:rPr>
        <w:t>15.2　乙方及其关联方可能与甲方存在利益冲突的事项，乙方应在知悉后____日内书面告知甲方；甲方在收到告知后____日内未提出异议的，视为同意乙方继续办理。</w:t>
      </w:r>
    </w:p>
    <w:p>
      <w:pPr>
        <w:spacing w:lineRule="exact" w:line="560"/>
        <w:ind w:firstLine="560"/>
      </w:pPr>
      <w:r>
        <w:rPr>
          <w:rFonts w:ascii="彩虹粗仿宋" w:hAnsi="彩虹粗仿宋" w:eastAsia="彩虹粗仿宋"/>
          <w:b w:val="0"/>
          <w:sz w:val="28"/>
        </w:rPr>
        <w:t>15.3　甲方同意乙方为交易相对方提供不与本合同直接对立的服务的，乙方不因此承担违约责任。</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第十六条　责任限制</w:t>
      </w:r>
    </w:p>
    <w:p>
      <w:pPr>
        <w:spacing w:lineRule="exact" w:line="560"/>
        <w:ind w:firstLine="560"/>
      </w:pPr>
      <w:r>
        <w:rPr>
          <w:rFonts w:ascii="彩虹粗仿宋" w:hAnsi="彩虹粗仿宋" w:eastAsia="彩虹粗仿宋"/>
          <w:b w:val="0"/>
          <w:sz w:val="28"/>
        </w:rPr>
        <w:t>16.1　乙方因过错给甲方造成损失的，应予赔偿；赔偿范围限于直接损失，不包括利润损失、商机损失、商誉损失、数据损失及其他间接损失。</w:t>
      </w:r>
    </w:p>
    <w:p>
      <w:pPr>
        <w:spacing w:lineRule="exact" w:line="560"/>
        <w:ind w:firstLine="560"/>
      </w:pPr>
      <w:r>
        <w:rPr>
          <w:rFonts w:ascii="彩虹粗仿宋" w:hAnsi="彩虹粗仿宋" w:eastAsia="彩虹粗仿宋"/>
          <w:b w:val="0"/>
          <w:sz w:val="28"/>
        </w:rPr>
        <w:t>16.2　乙方的累计赔偿责任以甲方已实际支付报酬总额为限，且不包括甲方的利润损失、商机损失、商誉损失、数据损失、对第三方的赔偿及其他间接损失；乙方存在故意或重大过失的，前述限额不适用。</w:t>
      </w:r>
    </w:p>
    <w:p>
      <w:pPr>
        <w:spacing w:lineRule="exact" w:line="560"/>
        <w:ind w:firstLine="560"/>
      </w:pPr>
      <w:r>
        <w:rPr>
          <w:rFonts w:ascii="彩虹粗仿宋" w:hAnsi="彩虹粗仿宋" w:eastAsia="彩虹粗仿宋"/>
          <w:b w:val="0"/>
          <w:sz w:val="28"/>
        </w:rPr>
        <w:t>16.3　下列情形乙方不承担责任：（1）因甲方提供资料不实、不全或迟延导致；（2）因行政机关、司法机关、第三方机构的决定或行为导致；（3）因不可抗力或情势变更导致；（4）因甲方未采纳乙方书面意见导致。</w:t>
      </w:r>
    </w:p>
    <w:p>
      <w:pPr>
        <w:spacing w:lineRule="exact" w:line="560"/>
        <w:ind w:firstLine="560"/>
      </w:pPr>
      <w:r>
        <w:rPr>
          <w:rFonts w:ascii="彩虹粗仿宋" w:hAnsi="彩虹粗仿宋" w:eastAsia="彩虹粗仿宋"/>
          <w:b w:val="0"/>
          <w:sz w:val="28"/>
        </w:rPr>
        <w:t>（注：责任限额条款是受托人风险控制的核心。约定时应注意不得免除故意或重大过失责任，否则可能因违反公平原则或免责条款无效规则而不被支持。）</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第十七条　甲方的其他义务</w:t>
      </w:r>
    </w:p>
    <w:p>
      <w:pPr>
        <w:spacing w:lineRule="exact" w:line="560"/>
        <w:ind w:firstLine="560"/>
      </w:pPr>
      <w:r>
        <w:rPr>
          <w:rFonts w:ascii="彩虹粗仿宋" w:hAnsi="彩虹粗仿宋" w:eastAsia="彩虹粗仿宋"/>
          <w:b w:val="0"/>
          <w:sz w:val="28"/>
        </w:rPr>
        <w:t>17.1　甲方不得利用乙方名义从事违法活动，不得要求乙方出具虚假文件或作虚假陈述。甲方违反的，乙方有权立即解除合同，报酬不予退还，并要求甲方赔偿损失。</w:t>
      </w:r>
    </w:p>
    <w:p>
      <w:pPr>
        <w:spacing w:lineRule="exact" w:line="560"/>
        <w:ind w:firstLine="560"/>
      </w:pPr>
      <w:r>
        <w:rPr>
          <w:rFonts w:ascii="彩虹粗仿宋" w:hAnsi="彩虹粗仿宋" w:eastAsia="彩虹粗仿宋"/>
          <w:b w:val="0"/>
          <w:sz w:val="28"/>
        </w:rPr>
        <w:t>17.2　甲方应自行就其商业决策、交易安排作出判断；乙方提供的分析、意见、方案不构成对商业结果的保证。</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第十八条　保密</w:t>
      </w:r>
    </w:p>
    <w:p>
      <w:pPr>
        <w:spacing w:lineRule="exact" w:line="560"/>
        <w:ind w:firstLine="560"/>
      </w:pPr>
      <w:r>
        <w:rPr>
          <w:rFonts w:ascii="彩虹粗仿宋" w:hAnsi="彩虹粗仿宋" w:eastAsia="彩虹粗仿宋"/>
          <w:b w:val="0"/>
          <w:sz w:val="28"/>
        </w:rPr>
        <w:t>18.1　双方对因履行本合同知悉的对方商业秘密及未公开信息负有保密义务，保密期限自知悉之日起____年。</w:t>
      </w:r>
    </w:p>
    <w:p>
      <w:pPr>
        <w:spacing w:lineRule="exact" w:line="560"/>
        <w:ind w:firstLine="560"/>
      </w:pPr>
      <w:r>
        <w:rPr>
          <w:rFonts w:ascii="彩虹粗仿宋" w:hAnsi="彩虹粗仿宋" w:eastAsia="彩虹粗仿宋"/>
          <w:b w:val="0"/>
          <w:sz w:val="28"/>
        </w:rPr>
        <w:t>18.2　乙方为办理委托事务向第三方披露甲方信息的，应在必要范围内披露，并要求第三方承担保密义务。</w:t>
      </w:r>
    </w:p>
    <w:p>
      <w:pPr>
        <w:spacing w:lineRule="exact" w:line="560"/>
        <w:ind w:firstLine="560"/>
      </w:pPr>
      <w:r>
        <w:rPr>
          <w:rFonts w:ascii="彩虹粗仿宋" w:hAnsi="彩虹粗仿宋" w:eastAsia="彩虹粗仿宋"/>
          <w:b w:val="0"/>
          <w:sz w:val="28"/>
        </w:rPr>
        <w:t>18.3　下列信息不属于保密信息：已公开的信息；接收方独立开发的信息；依法律、法规或监管要求须披露的信息（披露前应通知对方）。</w:t>
      </w:r>
    </w:p>
    <w:p>
      <w:pPr>
        <w:spacing w:lineRule="exact" w:line="560"/>
        <w:ind w:firstLine="560"/>
      </w:pPr>
      <w:r>
        <w:rPr>
          <w:rFonts w:ascii="彩虹粗仿宋" w:hAnsi="彩虹粗仿宋" w:eastAsia="彩虹粗仿宋"/>
          <w:b w:val="0"/>
          <w:sz w:val="28"/>
        </w:rPr>
        <w:t>18.4　违反保密义务的，违约方应赔偿对方实际损失。</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第十九条　合同解除与补偿</w:t>
      </w:r>
    </w:p>
    <w:p>
      <w:pPr>
        <w:spacing w:lineRule="exact" w:line="560"/>
        <w:ind w:firstLine="560"/>
      </w:pPr>
      <w:r>
        <w:rPr>
          <w:rFonts w:ascii="彩虹粗仿宋" w:hAnsi="彩虹粗仿宋" w:eastAsia="彩虹粗仿宋"/>
          <w:b w:val="0"/>
          <w:sz w:val="28"/>
        </w:rPr>
        <w:t>19.1　甲方有权随时解除本合同，但应提前____日书面通知乙方。</w:t>
      </w:r>
    </w:p>
    <w:p>
      <w:pPr>
        <w:spacing w:lineRule="exact" w:line="560"/>
        <w:ind w:firstLine="560"/>
      </w:pPr>
      <w:r>
        <w:rPr>
          <w:rFonts w:ascii="彩虹粗仿宋" w:hAnsi="彩虹粗仿宋" w:eastAsia="彩虹粗仿宋"/>
          <w:b w:val="0"/>
          <w:sz w:val="28"/>
        </w:rPr>
        <w:t>19.2　甲方依前款解除的，应支付：（1）截至解除之日已完成工作对应的报酬，按已完成工作量占总工作量的比例计算；（2）已发生及已不可撤销承诺的费用；（3）剩余未履行部分报酬的____%作为补偿；（4）前三项合计不低于人民币________元的最低收费。前述款项应于解除通知送达后____日内付清。</w:t>
      </w:r>
    </w:p>
    <w:p>
      <w:pPr>
        <w:spacing w:lineRule="exact" w:line="560"/>
        <w:ind w:firstLine="560"/>
      </w:pPr>
      <w:r>
        <w:rPr>
          <w:rFonts w:ascii="彩虹粗仿宋" w:hAnsi="彩虹粗仿宋" w:eastAsia="彩虹粗仿宋"/>
          <w:b w:val="0"/>
          <w:sz w:val="28"/>
        </w:rPr>
        <w:t>19.3　甲方依《民法典》第九百三十三条行使任意解除权的，前款约定即为双方对损失赔偿范围的确认，包括乙方已完成部分的报酬、已发生费用及可得利益，乙方无需就可得利益另行举证。</w:t>
      </w:r>
    </w:p>
    <w:p>
      <w:pPr>
        <w:spacing w:lineRule="exact" w:line="560"/>
        <w:ind w:firstLine="560"/>
      </w:pPr>
      <w:r>
        <w:rPr>
          <w:rFonts w:ascii="彩虹粗仿宋" w:hAnsi="彩虹粗仿宋" w:eastAsia="彩虹粗仿宋"/>
          <w:b w:val="0"/>
          <w:sz w:val="28"/>
        </w:rPr>
        <w:t>19.4　乙方在甲方迟延支付报酬超过____日、甲方要求乙方从事违法事项或甲方严重违反配合义务致使工作无法开展的情形下，有权解除本合同，甲方应支付已完成部分报酬、已发生费用及剩余报酬的____%，并不得要求返还已付款项。</w:t>
      </w:r>
    </w:p>
    <w:p>
      <w:pPr>
        <w:spacing w:lineRule="exact" w:line="560"/>
        <w:ind w:firstLine="560"/>
      </w:pPr>
      <w:r>
        <w:rPr>
          <w:rFonts w:ascii="彩虹粗仿宋" w:hAnsi="彩虹粗仿宋" w:eastAsia="彩虹粗仿宋"/>
          <w:b w:val="0"/>
          <w:sz w:val="28"/>
        </w:rPr>
        <w:t>（注：《民法典》第九百三十三条规定有偿委托解除后应赔偿对方直接损失和可得利益。受托人立场应事先将“可得利益”量化为剩余报酬的固定比例，避免解除时就预期利益举证困难。）</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第二十条　解除后的结算与交接</w:t>
      </w:r>
    </w:p>
    <w:p>
      <w:pPr>
        <w:spacing w:lineRule="exact" w:line="560"/>
        <w:ind w:firstLine="560"/>
      </w:pPr>
      <w:r>
        <w:rPr>
          <w:rFonts w:ascii="彩虹粗仿宋" w:hAnsi="彩虹粗仿宋" w:eastAsia="彩虹粗仿宋"/>
          <w:b w:val="0"/>
          <w:sz w:val="28"/>
        </w:rPr>
        <w:t>20.1　本合同解除后____日内，双方应完成结算，甲方应支付第十九条约定的全部款项。</w:t>
      </w:r>
    </w:p>
    <w:p>
      <w:pPr>
        <w:spacing w:lineRule="exact" w:line="560"/>
        <w:ind w:firstLine="560"/>
      </w:pPr>
      <w:r>
        <w:rPr>
          <w:rFonts w:ascii="彩虹粗仿宋" w:hAnsi="彩虹粗仿宋" w:eastAsia="彩虹粗仿宋"/>
          <w:b w:val="0"/>
          <w:sz w:val="28"/>
        </w:rPr>
        <w:t>20.2　甲方付清上述款项后，乙方应交付已完成的阶段性成果并返还甲方资料；甲方未付清的，乙方有权拒绝交付并留置成果。</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第二十一条　违约责任</w:t>
      </w:r>
    </w:p>
    <w:p>
      <w:pPr>
        <w:spacing w:lineRule="exact" w:line="560"/>
        <w:ind w:firstLine="560"/>
      </w:pPr>
      <w:r>
        <w:rPr>
          <w:rFonts w:ascii="彩虹粗仿宋" w:hAnsi="彩虹粗仿宋" w:eastAsia="彩虹粗仿宋"/>
          <w:b w:val="0"/>
          <w:sz w:val="28"/>
        </w:rPr>
        <w:t>21.1　甲方逾期支付报酬或费用的，每逾期一日按逾期金额万分之五支付违约金，并承担乙方为实现债权支出的律师费、诉讼费、保全费、保全担保费、公证费、差旅费等合理费用。</w:t>
      </w:r>
    </w:p>
    <w:p>
      <w:pPr>
        <w:spacing w:lineRule="exact" w:line="560"/>
        <w:ind w:firstLine="560"/>
      </w:pPr>
      <w:r>
        <w:rPr>
          <w:rFonts w:ascii="彩虹粗仿宋" w:hAnsi="彩虹粗仿宋" w:eastAsia="彩虹粗仿宋"/>
          <w:b w:val="0"/>
          <w:sz w:val="28"/>
        </w:rPr>
        <w:t>21.2　甲方违反第八条配合义务，致乙方无法履行或增加工作量的，应支付相应报酬、费用及违约金人民币____元。</w:t>
      </w:r>
    </w:p>
    <w:p>
      <w:pPr>
        <w:spacing w:lineRule="exact" w:line="560"/>
        <w:ind w:firstLine="560"/>
      </w:pPr>
      <w:r>
        <w:rPr>
          <w:rFonts w:ascii="彩虹粗仿宋" w:hAnsi="彩虹粗仿宋" w:eastAsia="彩虹粗仿宋"/>
          <w:b w:val="0"/>
          <w:sz w:val="28"/>
        </w:rPr>
        <w:t>21.3　乙方无正当理由未按约定完成工作的，应减收相应报酬；给甲方造成直接损失的，在第十六条限额内赔偿。</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第二十二条　不可抗力</w:t>
      </w:r>
    </w:p>
    <w:p>
      <w:pPr>
        <w:spacing w:lineRule="exact" w:line="560"/>
        <w:ind w:firstLine="560"/>
      </w:pPr>
      <w:r>
        <w:rPr>
          <w:rFonts w:ascii="彩虹粗仿宋" w:hAnsi="彩虹粗仿宋" w:eastAsia="彩虹粗仿宋"/>
          <w:b w:val="0"/>
          <w:sz w:val="28"/>
        </w:rPr>
        <w:t>22.1　因不可抗力致使合同不能履行或不能按期履行的，受影响方应在____日内书面通知对方并提供证明，据此免除相应责任并顺延期限。</w:t>
      </w:r>
    </w:p>
    <w:p>
      <w:pPr>
        <w:spacing w:lineRule="exact" w:line="560"/>
        <w:ind w:firstLine="560"/>
      </w:pPr>
      <w:r>
        <w:rPr>
          <w:rFonts w:ascii="彩虹粗仿宋" w:hAnsi="彩虹粗仿宋" w:eastAsia="彩虹粗仿宋"/>
          <w:b w:val="0"/>
          <w:sz w:val="28"/>
        </w:rPr>
        <w:t>22.2　不可抗力持续超过____日，致使合同目的不能实现的，任何一方均可解除合同，甲方应支付已完成部分报酬及已发生费用。</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第二十三条　通知与送达</w:t>
      </w:r>
    </w:p>
    <w:p>
      <w:pPr>
        <w:spacing w:lineRule="exact" w:line="560"/>
        <w:ind w:firstLine="560"/>
      </w:pPr>
      <w:r>
        <w:rPr>
          <w:rFonts w:ascii="彩虹粗仿宋" w:hAnsi="彩虹粗仿宋" w:eastAsia="彩虹粗仿宋"/>
          <w:b w:val="0"/>
          <w:sz w:val="28"/>
        </w:rPr>
        <w:t>23.1　双方确认第一条载明的地址、电子邮箱、联系电话为有效送达地址，适用于合同履行及争议解决阶段（含诉讼、仲裁）的文书送达。</w:t>
      </w:r>
    </w:p>
    <w:p>
      <w:pPr>
        <w:spacing w:lineRule="exact" w:line="560"/>
        <w:ind w:firstLine="560"/>
      </w:pPr>
      <w:r>
        <w:rPr>
          <w:rFonts w:ascii="彩虹粗仿宋" w:hAnsi="彩虹粗仿宋" w:eastAsia="彩虹粗仿宋"/>
          <w:b w:val="0"/>
          <w:sz w:val="28"/>
        </w:rPr>
        <w:t>23.2　以专人送达的，签收之日为送达日；以邮政特快专递送达的，交邮后第__日视为送达；以电子邮件、短信或即时通讯方式送达的，发送成功之日视为送达。</w:t>
      </w:r>
    </w:p>
    <w:p>
      <w:pPr>
        <w:spacing w:lineRule="exact" w:line="560"/>
        <w:ind w:firstLine="560"/>
      </w:pPr>
      <w:r>
        <w:rPr>
          <w:rFonts w:ascii="彩虹粗仿宋" w:hAnsi="彩虹粗仿宋" w:eastAsia="彩虹粗仿宋"/>
          <w:b w:val="0"/>
          <w:sz w:val="28"/>
        </w:rPr>
        <w:t>23.3　一方变更送达信息，应在变更后____日内书面通知对方；未通知的，按原地址送达即视为有效送达。</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第二十四条　争议解决</w:t>
      </w:r>
    </w:p>
    <w:p>
      <w:pPr>
        <w:spacing w:lineRule="exact" w:line="560"/>
        <w:ind w:firstLine="560"/>
      </w:pPr>
      <w:r>
        <w:rPr>
          <w:rFonts w:ascii="彩虹粗仿宋" w:hAnsi="彩虹粗仿宋" w:eastAsia="彩虹粗仿宋"/>
          <w:b w:val="0"/>
          <w:sz w:val="28"/>
        </w:rPr>
        <w:t>24.1　本合同的订立、效力、解释、履行及争议解决，均适用中华人民共和国法律。</w:t>
      </w:r>
    </w:p>
    <w:p>
      <w:pPr>
        <w:spacing w:lineRule="exact" w:line="560"/>
        <w:ind w:firstLine="560"/>
      </w:pPr>
      <w:r>
        <w:rPr>
          <w:rFonts w:ascii="彩虹粗仿宋" w:hAnsi="彩虹粗仿宋" w:eastAsia="彩虹粗仿宋"/>
          <w:b w:val="0"/>
          <w:sz w:val="28"/>
        </w:rPr>
        <w:t>24.2　因本合同引起的或与本合同有关的任何争议，双方应友好协商解决；协商不成的，任何一方均有权向乙方住所地人民法院提起诉讼。</w:t>
      </w:r>
    </w:p>
    <w:p>
      <w:pPr>
        <w:spacing w:lineRule="exact" w:line="560"/>
        <w:ind w:firstLine="560"/>
      </w:pPr>
      <w:r>
        <w:rPr>
          <w:rFonts w:ascii="彩虹粗仿宋" w:hAnsi="彩虹粗仿宋" w:eastAsia="彩虹粗仿宋"/>
          <w:b w:val="0"/>
          <w:sz w:val="28"/>
        </w:rPr>
        <w:t>24.3　败诉方应承担胜诉方为本案支出的律师费、保全费、保全担保费、公证费、差旅费等实现债权的合理费用。</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乙方住所地。原告住所地系法定可选连接点，与争议具有实际联系，该约定合法有效，可显著降低乙方异地起诉与执行的成本。）</w:t>
      </w:r>
    </w:p>
    <w:p>
      <w:pPr>
        <w:spacing w:lineRule="exact" w:line="560"/>
      </w:pPr>
      <w:r>
        <w:rPr>
          <w:rFonts w:ascii="彩虹粗仿宋" w:hAnsi="彩虹粗仿宋" w:eastAsia="彩虹粗仿宋"/>
          <w:b w:val="0"/>
          <w:sz w:val="28"/>
        </w:rPr>
      </w:r>
    </w:p>
    <w:p>
      <w:pPr>
        <w:spacing w:lineRule="exact" w:line="560"/>
      </w:pPr>
      <w:r>
        <w:rPr>
          <w:rFonts w:ascii="彩虹粗仿宋" w:hAnsi="彩虹粗仿宋" w:eastAsia="彩虹粗仿宋"/>
          <w:b/>
          <w:sz w:val="30"/>
        </w:rPr>
        <w:t>第二十五条　其他</w:t>
      </w:r>
    </w:p>
    <w:p>
      <w:pPr>
        <w:spacing w:lineRule="exact" w:line="560"/>
        <w:ind w:firstLine="560"/>
      </w:pPr>
      <w:r>
        <w:rPr>
          <w:rFonts w:ascii="彩虹粗仿宋" w:hAnsi="彩虹粗仿宋" w:eastAsia="彩虹粗仿宋"/>
          <w:b w:val="0"/>
          <w:sz w:val="28"/>
        </w:rPr>
        <w:t>25.1　附件为本合同不可分割的组成部分，包括：附件一《工作说明书》；附件二《费用标准及备用金安排》；附件三《授权委托书》（由甲方出具）。</w:t>
      </w:r>
    </w:p>
    <w:p>
      <w:pPr>
        <w:spacing w:lineRule="exact" w:line="560"/>
        <w:ind w:firstLine="560"/>
      </w:pPr>
      <w:r>
        <w:rPr>
          <w:rFonts w:ascii="彩虹粗仿宋" w:hAnsi="彩虹粗仿宋" w:eastAsia="彩虹粗仿宋"/>
          <w:b w:val="0"/>
          <w:sz w:val="28"/>
        </w:rPr>
        <w:t>25.2　对本合同的修改、补充须经双方书面签署。乙方出具的报价单、方案书与本合同不一致的，以本合同为准。</w:t>
      </w:r>
    </w:p>
    <w:p>
      <w:pPr>
        <w:spacing w:lineRule="exact" w:line="560"/>
        <w:ind w:firstLine="560"/>
      </w:pPr>
      <w:r>
        <w:rPr>
          <w:rFonts w:ascii="彩虹粗仿宋" w:hAnsi="彩虹粗仿宋" w:eastAsia="彩虹粗仿宋"/>
          <w:b w:val="0"/>
          <w:sz w:val="28"/>
        </w:rPr>
        <w:t>25.3　本合同自双方签字并加盖公章之日起生效。本合同正本一式____份，双方各执____份。</w:t>
      </w:r>
    </w:p>
    <w:p>
      <w:pPr>
        <w:spacing w:lineRule="exact" w:line="560"/>
      </w:pPr>
      <w:r>
        <w:rPr>
          <w:rFonts w:ascii="彩虹粗仿宋" w:hAnsi="彩虹粗仿宋" w:eastAsia="彩虹粗仿宋"/>
          <w:b w:val="0"/>
          <w:sz w:val="28"/>
        </w:rPr>
      </w:r>
    </w:p>
    <w:p>
      <w:pPr>
        <w:spacing w:lineRule="exact" w:line="560"/>
        <w:jc w:val="center"/>
      </w:pPr>
      <w:r>
        <w:rPr>
          <w:rFonts w:ascii="彩虹粗仿宋" w:hAnsi="彩虹粗仿宋" w:eastAsia="彩虹粗仿宋"/>
          <w:b w:val="0"/>
          <w:sz w:val="28"/>
        </w:rPr>
        <w:t>（以下无正文，为签署页）</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甲方（委托人）：________________（盖章）</w:t>
      </w:r>
    </w:p>
    <w:p>
      <w:pPr>
        <w:spacing w:lineRule="exact" w:line="560"/>
        <w:ind w:firstLine="560"/>
      </w:pPr>
      <w:r>
        <w:rPr>
          <w:rFonts w:ascii="彩虹粗仿宋" w:hAnsi="彩虹粗仿宋" w:eastAsia="彩虹粗仿宋"/>
          <w:b w:val="0"/>
          <w:sz w:val="28"/>
        </w:rPr>
        <w:t>法定代表人／授权代表：________________</w:t>
      </w:r>
    </w:p>
    <w:p>
      <w:pPr>
        <w:spacing w:lineRule="exact" w:line="560"/>
        <w:ind w:firstLine="560"/>
      </w:pPr>
      <w:r>
        <w:rPr>
          <w:rFonts w:ascii="彩虹粗仿宋" w:hAnsi="彩虹粗仿宋" w:eastAsia="彩虹粗仿宋"/>
          <w:b w:val="0"/>
          <w:sz w:val="28"/>
        </w:rPr>
        <w:t>签署日期：____年__月__日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乙方（受托人）：________________（盖章）</w:t>
      </w:r>
    </w:p>
    <w:p>
      <w:pPr>
        <w:spacing w:lineRule="exact" w:line="560"/>
        <w:ind w:firstLine="560"/>
      </w:pPr>
      <w:r>
        <w:rPr>
          <w:rFonts w:ascii="彩虹粗仿宋" w:hAnsi="彩虹粗仿宋" w:eastAsia="彩虹粗仿宋"/>
          <w:b w:val="0"/>
          <w:sz w:val="28"/>
        </w:rPr>
        <w:t>法定代表人／授权代表：________________</w:t>
      </w:r>
    </w:p>
    <w:p>
      <w:pPr>
        <w:spacing w:lineRule="exact" w:line="560"/>
        <w:ind w:firstLine="560"/>
      </w:pPr>
      <w:r>
        <w:rPr>
          <w:rFonts w:ascii="彩虹粗仿宋" w:hAnsi="彩虹粗仿宋" w:eastAsia="彩虹粗仿宋"/>
          <w:b w:val="0"/>
          <w:sz w:val="28"/>
        </w:rPr>
        <w:t>签署日期：____年__月__日</w:t>
      </w:r>
    </w:p>
    <w:p>
      <w:pPr>
        <w:spacing w:lineRule="exact" w:line="560"/>
      </w:pPr>
      <w:r>
        <w:rPr>
          <w:rFonts w:ascii="彩虹粗仿宋" w:hAnsi="彩虹粗仿宋" w:eastAsia="彩虹粗仿宋"/>
          <w:b w:val="0"/>
          <w:sz w:val="28"/>
        </w:rPr>
      </w:r>
    </w:p>
    <w:p>
      <w:pPr>
        <w:spacing w:lineRule="exact" w:line="560"/>
        <w:jc w:val="center"/>
      </w:pPr>
      <w:r>
        <w:rPr>
          <w:rFonts w:ascii="彩虹粗仿宋" w:hAnsi="彩虹粗仿宋" w:eastAsia="彩虹粗仿宋"/>
          <w:b w:val="0"/>
          <w:sz w:val="28"/>
        </w:rPr>
        <w:t>附件三　授权委托书（格式，由甲方出具）</w:t>
      </w:r>
    </w:p>
    <w:p>
      <w:pPr>
        <w:spacing w:lineRule="exact" w:line="560"/>
      </w:pPr>
      <w:r>
        <w:rPr>
          <w:rFonts w:ascii="彩虹粗仿宋" w:hAnsi="彩虹粗仿宋" w:eastAsia="彩虹粗仿宋"/>
          <w:b w:val="0"/>
          <w:sz w:val="28"/>
        </w:rPr>
      </w:r>
    </w:p>
    <w:p>
      <w:pPr>
        <w:spacing w:lineRule="exact" w:line="560"/>
        <w:jc w:val="center"/>
      </w:pPr>
      <w:r>
        <w:rPr>
          <w:rFonts w:ascii="彩虹粗仿宋" w:hAnsi="彩虹粗仿宋" w:eastAsia="彩虹粗仿宋"/>
          <w:b w:val="0"/>
          <w:sz w:val="28"/>
        </w:rPr>
        <w:t>授权委托书</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委托人：____（名称／姓名），统一社会信用代码／身份证号____，住所____。受托人：____，统一社会信用代码／执业许可证号____，住所____。</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现委托上述受托人办理下列事项：____。代理权限：一般代理／特别授权（代为____、____、____）；特别授权不含处分实体权利，代为和解、放弃请求、代为收款须另行专项授权。受托人有权将部分事务转委托第三方，并就第三人的选任及指示承担责任。</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委托期限：自____年__月__日起至____年__月__日止。期限届满或事项完成，本授权自动失效。</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委托人（签章）：________________　　法定代表人／授权代表：________________</w:t>
      </w:r>
    </w:p>
    <w:p>
      <w:pPr>
        <w:spacing w:lineRule="exact" w:line="560"/>
        <w:ind w:firstLine="560"/>
      </w:pPr>
      <w:r>
        <w:rPr>
          <w:rFonts w:ascii="彩虹粗仿宋" w:hAnsi="彩虹粗仿宋" w:eastAsia="彩虹粗仿宋"/>
          <w:b w:val="0"/>
          <w:sz w:val="28"/>
        </w:rPr>
        <w:t>____年__月__日</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